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77D57" w14:textId="77777777" w:rsidR="00D20F85" w:rsidRDefault="00D20F85" w:rsidP="00D20F85">
      <w:pPr>
        <w:pStyle w:val="Titre1"/>
        <w:spacing w:before="0"/>
        <w:ind w:hanging="993"/>
        <w:rPr>
          <w:rFonts w:cstheme="majorHAnsi"/>
          <w:color w:val="BABBBC"/>
          <w:lang w:val="fr-FR"/>
        </w:rPr>
      </w:pPr>
      <w:r>
        <w:rPr>
          <w:rFonts w:cstheme="majorHAnsi"/>
          <w:noProof/>
          <w:color w:val="BABBBC"/>
          <w:lang w:val="fr-FR"/>
        </w:rPr>
        <w:drawing>
          <wp:inline distT="0" distB="0" distL="0" distR="0" wp14:anchorId="386B1A4C" wp14:editId="3DAA4DF1">
            <wp:extent cx="1079770" cy="1079770"/>
            <wp:effectExtent l="0" t="0" r="0" b="0"/>
            <wp:docPr id="17558288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82882" name="Image 1755828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2292" cy="112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A01DA" w14:textId="77777777" w:rsidR="00D20F85" w:rsidRDefault="00D20F85" w:rsidP="00D20F85">
      <w:pPr>
        <w:pStyle w:val="Titre1"/>
        <w:spacing w:before="0"/>
        <w:ind w:hanging="993"/>
        <w:jc w:val="center"/>
        <w:rPr>
          <w:rFonts w:cstheme="majorHAnsi"/>
          <w:color w:val="BABBBC"/>
          <w:lang w:val="fr-FR"/>
        </w:rPr>
      </w:pPr>
    </w:p>
    <w:p w14:paraId="1CBBA4ED" w14:textId="47270F12" w:rsidR="00EE7CE1" w:rsidRPr="009A1853" w:rsidRDefault="00493F5E" w:rsidP="00DC79D5">
      <w:pPr>
        <w:pStyle w:val="Titre1"/>
        <w:spacing w:before="0"/>
        <w:ind w:hanging="993"/>
        <w:jc w:val="center"/>
        <w:rPr>
          <w:rFonts w:cstheme="majorHAnsi"/>
          <w:color w:val="BABBBC"/>
          <w:lang w:val="fr-FR"/>
        </w:rPr>
      </w:pPr>
      <w:r w:rsidRPr="009A1853">
        <w:rPr>
          <w:rFonts w:cstheme="majorHAnsi"/>
          <w:color w:val="BABBBC"/>
          <w:lang w:val="fr-FR"/>
        </w:rPr>
        <w:t>Contrat de Prestation – Garde à Domicile</w:t>
      </w:r>
    </w:p>
    <w:p w14:paraId="65B2E220" w14:textId="77777777" w:rsidR="00B94AAC" w:rsidRPr="009A1853" w:rsidRDefault="00B94AAC" w:rsidP="00B94AAC">
      <w:pPr>
        <w:rPr>
          <w:rFonts w:asciiTheme="majorHAnsi" w:hAnsiTheme="majorHAnsi" w:cstheme="majorHAnsi"/>
          <w:lang w:val="fr-FR"/>
        </w:rPr>
      </w:pPr>
    </w:p>
    <w:p w14:paraId="1A99D126" w14:textId="0F1A513F" w:rsidR="009A1853" w:rsidRPr="00D20F85" w:rsidRDefault="009A1853" w:rsidP="009A1853">
      <w:pPr>
        <w:spacing w:before="100" w:beforeAutospacing="1" w:after="100" w:afterAutospacing="1"/>
        <w:outlineLvl w:val="2"/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</w:pPr>
      <w:r w:rsidRPr="00D20F8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Entre les soussignés :</w:t>
      </w:r>
    </w:p>
    <w:p w14:paraId="19F96B62" w14:textId="26EEB751" w:rsidR="009A1853" w:rsidRPr="00DC79D5" w:rsidRDefault="009A1853" w:rsidP="009A1853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66605A"/>
          <w:lang w:val="fr-FR" w:eastAsia="fr-FR"/>
        </w:rPr>
      </w:pP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Nom / Prénom du client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</w:t>
      </w:r>
      <w:proofErr w:type="spellStart"/>
      <w:r w:rsidR="008245E9">
        <w:rPr>
          <w:rFonts w:asciiTheme="majorHAnsi" w:eastAsia="Times New Roman" w:hAnsiTheme="majorHAnsi" w:cstheme="majorHAnsi"/>
          <w:color w:val="66605A"/>
          <w:lang w:val="fr-FR" w:eastAsia="fr-FR"/>
        </w:rPr>
        <w:t>Altmayer</w:t>
      </w:r>
      <w:proofErr w:type="spellEnd"/>
      <w:r w:rsidR="008245E9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 Jérôme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.....................................................................................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br/>
      </w: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Adresse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</w:t>
      </w:r>
      <w:r w:rsidR="008245E9">
        <w:rPr>
          <w:rFonts w:asciiTheme="majorHAnsi" w:eastAsia="Times New Roman" w:hAnsiTheme="majorHAnsi" w:cstheme="majorHAnsi"/>
          <w:color w:val="66605A"/>
          <w:lang w:val="fr-FR" w:eastAsia="fr-FR"/>
        </w:rPr>
        <w:t>6, rue de la Butte Verte, Noisy-Le-Grand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...........................................................................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br/>
      </w: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Téléphone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</w:t>
      </w:r>
      <w:r w:rsidR="008245E9" w:rsidRPr="008245E9">
        <w:rPr>
          <w:rFonts w:asciiTheme="majorHAnsi" w:eastAsia="Times New Roman" w:hAnsiTheme="majorHAnsi" w:cstheme="majorHAnsi"/>
          <w:color w:val="66605A"/>
          <w:lang w:val="fr-FR" w:eastAsia="fr-FR"/>
        </w:rPr>
        <w:t>0661499390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...................................................................................................................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br/>
      </w: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Adresse email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</w:t>
      </w:r>
      <w:hyperlink r:id="rId9" w:history="1">
        <w:r w:rsidR="008245E9" w:rsidRPr="008245E9">
          <w:rPr>
            <w:rStyle w:val="Lienhypertexte"/>
            <w:rFonts w:asciiTheme="majorHAnsi" w:eastAsia="Times New Roman" w:hAnsiTheme="majorHAnsi" w:cstheme="majorHAnsi"/>
            <w:lang w:eastAsia="fr-FR"/>
          </w:rPr>
          <w:t>j.altmayer@outlook.com</w:t>
        </w:r>
      </w:hyperlink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...................................................................................................................</w:t>
      </w:r>
    </w:p>
    <w:p w14:paraId="10995A82" w14:textId="77777777" w:rsidR="009A1853" w:rsidRPr="00DC79D5" w:rsidRDefault="009A1853" w:rsidP="009A1853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66605A"/>
          <w:lang w:val="fr-FR" w:eastAsia="fr-FR"/>
        </w:rPr>
      </w:pP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Et</w:t>
      </w:r>
    </w:p>
    <w:p w14:paraId="6631E0C6" w14:textId="340D84D5" w:rsidR="009A1853" w:rsidRPr="00DC79D5" w:rsidRDefault="009A1853" w:rsidP="00DC79D5">
      <w:pPr>
        <w:spacing w:after="0" w:line="240" w:lineRule="auto"/>
        <w:rPr>
          <w:rFonts w:asciiTheme="majorHAnsi" w:eastAsia="Times New Roman" w:hAnsiTheme="majorHAnsi" w:cstheme="majorHAnsi"/>
          <w:color w:val="66605A"/>
          <w:lang w:val="fr-FR" w:eastAsia="fr-FR"/>
        </w:rPr>
      </w:pP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Nom de l'intervenant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</w:t>
      </w:r>
      <w:proofErr w:type="spellStart"/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DoggyKat</w:t>
      </w:r>
      <w:proofErr w:type="spellEnd"/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 – </w:t>
      </w:r>
      <w:r w:rsidR="00D20F85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Entreprise Individuelle 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Isabelle Le Roc</w:t>
      </w:r>
      <w:r w:rsidR="00DC79D5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h</w:t>
      </w:r>
    </w:p>
    <w:p w14:paraId="22890AEF" w14:textId="6BB2875A" w:rsidR="009A1853" w:rsidRPr="00DC79D5" w:rsidRDefault="009A1853" w:rsidP="00DC79D5">
      <w:pPr>
        <w:spacing w:after="0" w:line="240" w:lineRule="auto"/>
        <w:rPr>
          <w:rFonts w:asciiTheme="majorHAnsi" w:eastAsia="Times New Roman" w:hAnsiTheme="majorHAnsi" w:cstheme="majorHAnsi"/>
          <w:color w:val="66605A"/>
          <w:lang w:val="fr-FR" w:eastAsia="fr-FR"/>
        </w:rPr>
      </w:pP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Adresse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 : 7 rue Dombasle, 93100 Montreuil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br/>
      </w: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SIRET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</w:t>
      </w:r>
      <w:r w:rsidR="00DC79D5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99047840600012</w:t>
      </w:r>
    </w:p>
    <w:p w14:paraId="7E754817" w14:textId="77777777" w:rsidR="00EE7CE1" w:rsidRPr="00DC79D5" w:rsidRDefault="009A1853" w:rsidP="009A1853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66605A"/>
          <w:lang w:val="fr-FR" w:eastAsia="fr-FR"/>
        </w:rPr>
      </w:pP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Il est convenu ce qui suit :</w:t>
      </w:r>
    </w:p>
    <w:p w14:paraId="745B8F51" w14:textId="77777777" w:rsidR="009A1853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Objet du contrat</w:t>
      </w:r>
    </w:p>
    <w:p w14:paraId="77960518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>Le présent contrat a pour objet la garde à domicile de l’animal ci-dessous désigné, avec ou sans promenade selon l’option choisie.</w:t>
      </w:r>
    </w:p>
    <w:p w14:paraId="514E4E7F" w14:textId="77777777" w:rsidR="00EE7CE1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Informations sur l’animal</w:t>
      </w:r>
    </w:p>
    <w:p w14:paraId="442643D1" w14:textId="43FFC6A0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 xml:space="preserve">- Nom de l’animal : </w:t>
      </w:r>
      <w:r w:rsidR="008245E9">
        <w:rPr>
          <w:rFonts w:asciiTheme="majorHAnsi" w:hAnsiTheme="majorHAnsi" w:cstheme="majorHAnsi"/>
          <w:color w:val="66605A"/>
          <w:lang w:val="fr-FR"/>
        </w:rPr>
        <w:t>Uky</w:t>
      </w:r>
      <w:r w:rsidRP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</w:t>
      </w:r>
      <w:r w:rsid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Espèce : </w:t>
      </w:r>
      <w:r w:rsidRPr="008245E9">
        <w:rPr>
          <w:rFonts w:asciiTheme="majorHAnsi" w:hAnsiTheme="majorHAnsi" w:cs="Calibri (Titres)"/>
          <w:dstrike/>
          <w:color w:val="66605A"/>
          <w:lang w:val="fr-FR"/>
        </w:rPr>
        <w:t>Chien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Chat / </w:t>
      </w:r>
      <w:r w:rsidRPr="008245E9">
        <w:rPr>
          <w:rFonts w:asciiTheme="majorHAnsi" w:hAnsiTheme="majorHAnsi" w:cs="Calibri (Titres)"/>
          <w:dstrike/>
          <w:color w:val="66605A"/>
          <w:lang w:val="fr-FR"/>
        </w:rPr>
        <w:t>NAC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(</w:t>
      </w:r>
      <w:r w:rsidR="008245E9">
        <w:rPr>
          <w:rFonts w:asciiTheme="majorHAnsi" w:hAnsiTheme="majorHAnsi" w:cstheme="majorHAnsi"/>
          <w:color w:val="66605A"/>
          <w:lang w:val="fr-FR"/>
        </w:rPr>
        <w:t>rayer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la mention </w:t>
      </w:r>
      <w:r w:rsidR="008245E9">
        <w:rPr>
          <w:rFonts w:asciiTheme="majorHAnsi" w:hAnsiTheme="majorHAnsi" w:cstheme="majorHAnsi"/>
          <w:color w:val="66605A"/>
          <w:lang w:val="fr-FR"/>
        </w:rPr>
        <w:t>in</w:t>
      </w:r>
      <w:r w:rsidRPr="00DC79D5">
        <w:rPr>
          <w:rFonts w:asciiTheme="majorHAnsi" w:hAnsiTheme="majorHAnsi" w:cstheme="majorHAnsi"/>
          <w:color w:val="66605A"/>
          <w:lang w:val="fr-FR"/>
        </w:rPr>
        <w:t>utile)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Race (si applicable) : </w:t>
      </w:r>
      <w:r w:rsidR="008245E9">
        <w:rPr>
          <w:rFonts w:asciiTheme="majorHAnsi" w:hAnsiTheme="majorHAnsi" w:cstheme="majorHAnsi"/>
          <w:color w:val="66605A"/>
          <w:lang w:val="fr-FR"/>
        </w:rPr>
        <w:t>Type Européen</w:t>
      </w:r>
      <w:r w:rsidRPr="00DC79D5">
        <w:rPr>
          <w:rFonts w:asciiTheme="majorHAnsi" w:hAnsiTheme="majorHAnsi" w:cstheme="majorHAnsi"/>
          <w:color w:val="66605A"/>
          <w:lang w:val="fr-FR"/>
        </w:rPr>
        <w:t>..................................</w:t>
      </w:r>
      <w:r w:rsid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Âge : </w:t>
      </w:r>
      <w:r w:rsidR="008245E9">
        <w:rPr>
          <w:rFonts w:asciiTheme="majorHAnsi" w:hAnsiTheme="majorHAnsi" w:cstheme="majorHAnsi"/>
          <w:color w:val="66605A"/>
          <w:lang w:val="fr-FR"/>
        </w:rPr>
        <w:t>2 ans et 4 mois</w:t>
      </w:r>
      <w:r w:rsidRPr="00DC79D5">
        <w:rPr>
          <w:rFonts w:asciiTheme="majorHAnsi" w:hAnsiTheme="majorHAnsi" w:cstheme="majorHAnsi"/>
          <w:color w:val="66605A"/>
          <w:lang w:val="fr-FR"/>
        </w:rPr>
        <w:t>.....................................</w:t>
      </w:r>
      <w:r w:rsid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Stérilisé(e) : Oui / </w:t>
      </w:r>
      <w:r w:rsidRPr="008245E9">
        <w:rPr>
          <w:rFonts w:asciiTheme="majorHAnsi" w:hAnsiTheme="majorHAnsi" w:cs="Calibri (Titres)"/>
          <w:dstrike/>
          <w:color w:val="66605A"/>
          <w:lang w:val="fr-FR"/>
        </w:rPr>
        <w:t>Non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N° d’identification : ........................................................</w:t>
      </w:r>
      <w:r w:rsid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Problèmes de santé ou traitements en cours :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.................................................................................................</w:t>
      </w:r>
      <w:r w:rsid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Comportement particulier à signaler :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.................................................................................................</w:t>
      </w:r>
      <w:r w:rsidR="00B94AAC" w:rsidRP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</w:t>
      </w:r>
      <w:r w:rsidR="00DC79D5">
        <w:rPr>
          <w:rFonts w:asciiTheme="majorHAnsi" w:hAnsiTheme="majorHAnsi" w:cstheme="majorHAnsi"/>
          <w:color w:val="66605A"/>
          <w:lang w:val="fr-FR"/>
        </w:rPr>
        <w:t>.</w:t>
      </w:r>
      <w:r w:rsidR="00B94AAC" w:rsidRP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046F10" w14:textId="77777777" w:rsidR="00EE7CE1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lastRenderedPageBreak/>
        <w:t>Modalités de garde</w:t>
      </w:r>
    </w:p>
    <w:p w14:paraId="44256CE3" w14:textId="64735C96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 xml:space="preserve">- Dates de la prestation : du </w:t>
      </w:r>
      <w:r w:rsidR="008245E9">
        <w:rPr>
          <w:rFonts w:asciiTheme="majorHAnsi" w:hAnsiTheme="majorHAnsi" w:cstheme="majorHAnsi"/>
          <w:color w:val="66605A"/>
          <w:lang w:val="fr-FR"/>
        </w:rPr>
        <w:t>11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</w:t>
      </w:r>
      <w:r w:rsidR="008245E9">
        <w:rPr>
          <w:rFonts w:asciiTheme="majorHAnsi" w:hAnsiTheme="majorHAnsi" w:cstheme="majorHAnsi"/>
          <w:color w:val="66605A"/>
          <w:lang w:val="fr-FR"/>
        </w:rPr>
        <w:t>10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20</w:t>
      </w:r>
      <w:r w:rsidR="008245E9">
        <w:rPr>
          <w:rFonts w:asciiTheme="majorHAnsi" w:hAnsiTheme="majorHAnsi" w:cstheme="majorHAnsi"/>
          <w:color w:val="66605A"/>
          <w:lang w:val="fr-FR"/>
        </w:rPr>
        <w:t>25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au </w:t>
      </w:r>
      <w:r w:rsidR="008245E9">
        <w:rPr>
          <w:rFonts w:asciiTheme="majorHAnsi" w:hAnsiTheme="majorHAnsi" w:cstheme="majorHAnsi"/>
          <w:color w:val="66605A"/>
          <w:lang w:val="fr-FR"/>
        </w:rPr>
        <w:t>12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</w:t>
      </w:r>
      <w:r w:rsidR="008245E9">
        <w:rPr>
          <w:rFonts w:asciiTheme="majorHAnsi" w:hAnsiTheme="majorHAnsi" w:cstheme="majorHAnsi"/>
          <w:color w:val="66605A"/>
          <w:lang w:val="fr-FR"/>
        </w:rPr>
        <w:t>10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20</w:t>
      </w:r>
      <w:r w:rsidR="008245E9">
        <w:rPr>
          <w:rFonts w:asciiTheme="majorHAnsi" w:hAnsiTheme="majorHAnsi" w:cstheme="majorHAnsi"/>
          <w:color w:val="66605A"/>
          <w:lang w:val="fr-FR"/>
        </w:rPr>
        <w:t>25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Nombre de visites par jour : </w:t>
      </w:r>
      <w:r w:rsidR="008245E9">
        <w:rPr>
          <w:rFonts w:ascii="Segoe UI Symbol" w:hAnsi="Segoe UI Symbol" w:cs="Segoe UI Symbol"/>
          <w:strike/>
          <w:color w:val="66605A"/>
          <w:lang w:val="fr-FR"/>
        </w:rPr>
        <w:t>x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1 visite /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2 visites /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Autre : 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Horaires souhaités (créneaux à cocher ou préciser) :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 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Matin (entre 7h et 10h)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 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Midi (entre 12h et 14h)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 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Soir (entre 17h et 20h)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  </w:t>
      </w:r>
      <w:r w:rsidR="008245E9">
        <w:rPr>
          <w:rFonts w:ascii="Segoe UI Symbol" w:hAnsi="Segoe UI Symbol" w:cs="Segoe UI Symbol"/>
          <w:color w:val="66605A"/>
          <w:lang w:val="fr-FR"/>
        </w:rPr>
        <w:t>x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Autre : </w:t>
      </w:r>
      <w:r w:rsidR="008245E9">
        <w:rPr>
          <w:rFonts w:asciiTheme="majorHAnsi" w:hAnsiTheme="majorHAnsi" w:cstheme="majorHAnsi"/>
          <w:color w:val="66605A"/>
          <w:lang w:val="fr-FR"/>
        </w:rPr>
        <w:t>A partir de 9h et jusqu’à 18h le lendeman</w:t>
      </w:r>
      <w:r w:rsidRP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Balade (option pour chien uniquement) :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Oui </w:t>
      </w:r>
      <w:r w:rsidR="008245E9">
        <w:rPr>
          <w:rFonts w:ascii="Segoe UI Symbol" w:hAnsi="Segoe UI Symbol" w:cs="Segoe UI Symbol"/>
          <w:color w:val="66605A"/>
          <w:lang w:val="fr-FR"/>
        </w:rPr>
        <w:t>x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Non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  - Durée :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15 min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30 min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1h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  - Lieux habituels de promenade : 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p w14:paraId="6ACF2385" w14:textId="77777777" w:rsidR="00EE7CE1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Tarifs appliqués</w:t>
      </w:r>
    </w:p>
    <w:p w14:paraId="2792841A" w14:textId="77777777" w:rsidR="009A1853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>Les prestations suivantes sont proposées :</w:t>
      </w:r>
    </w:p>
    <w:tbl>
      <w:tblPr>
        <w:tblW w:w="8625" w:type="dxa"/>
        <w:jc w:val="center"/>
        <w:tblBorders>
          <w:top w:val="double" w:sz="4" w:space="0" w:color="E1BEA4"/>
          <w:left w:val="double" w:sz="4" w:space="0" w:color="E1BEA4"/>
          <w:bottom w:val="double" w:sz="4" w:space="0" w:color="E1BEA4"/>
          <w:right w:val="double" w:sz="4" w:space="0" w:color="E1BEA4"/>
          <w:insideH w:val="double" w:sz="4" w:space="0" w:color="E1BEA4"/>
          <w:insideV w:val="double" w:sz="4" w:space="0" w:color="E1BEA4"/>
        </w:tblBorders>
        <w:tblLayout w:type="fixed"/>
        <w:tblLook w:val="0600" w:firstRow="0" w:lastRow="0" w:firstColumn="0" w:lastColumn="0" w:noHBand="1" w:noVBand="1"/>
      </w:tblPr>
      <w:tblGrid>
        <w:gridCol w:w="3818"/>
        <w:gridCol w:w="2690"/>
        <w:gridCol w:w="2117"/>
      </w:tblGrid>
      <w:tr w:rsidR="009A1853" w:rsidRPr="006D7253" w14:paraId="51DB0CE9" w14:textId="77777777" w:rsidTr="00DC79D5">
        <w:trPr>
          <w:trHeight w:val="435"/>
          <w:jc w:val="center"/>
        </w:trPr>
        <w:tc>
          <w:tcPr>
            <w:tcW w:w="3820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2AABE" w14:textId="77777777" w:rsidR="009A1853" w:rsidRPr="006D7253" w:rsidRDefault="009A1853" w:rsidP="00DC79D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 w:rsidRPr="006D7253"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Description</w:t>
            </w:r>
          </w:p>
        </w:tc>
        <w:tc>
          <w:tcPr>
            <w:tcW w:w="2691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D17F0" w14:textId="77777777" w:rsidR="009A1853" w:rsidRPr="006D7253" w:rsidRDefault="009A1853" w:rsidP="00DC79D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Durée</w:t>
            </w:r>
          </w:p>
        </w:tc>
        <w:tc>
          <w:tcPr>
            <w:tcW w:w="2114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C0EA9" w14:textId="77777777" w:rsidR="009A1853" w:rsidRPr="006D7253" w:rsidRDefault="009A1853" w:rsidP="00DC79D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Prix</w:t>
            </w:r>
            <w:r w:rsidRPr="006D7253"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 xml:space="preserve"> €</w:t>
            </w:r>
          </w:p>
        </w:tc>
      </w:tr>
      <w:tr w:rsidR="00EE7CE1" w:rsidRPr="009A1853" w14:paraId="0C61682A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5B8B243B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Prestation</w:t>
            </w:r>
          </w:p>
        </w:tc>
        <w:tc>
          <w:tcPr>
            <w:tcW w:w="2687" w:type="dxa"/>
          </w:tcPr>
          <w:p w14:paraId="03F9C042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Durée</w:t>
            </w:r>
          </w:p>
        </w:tc>
        <w:tc>
          <w:tcPr>
            <w:tcW w:w="2118" w:type="dxa"/>
          </w:tcPr>
          <w:p w14:paraId="1F5148C5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Tarif</w:t>
            </w:r>
          </w:p>
        </w:tc>
      </w:tr>
      <w:tr w:rsidR="00EE7CE1" w:rsidRPr="009A1853" w14:paraId="0E6FE1D0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0FE5C863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Garde / Promenade</w:t>
            </w:r>
          </w:p>
        </w:tc>
        <w:tc>
          <w:tcPr>
            <w:tcW w:w="2687" w:type="dxa"/>
          </w:tcPr>
          <w:p w14:paraId="7D45291F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30 min</w:t>
            </w:r>
          </w:p>
        </w:tc>
        <w:tc>
          <w:tcPr>
            <w:tcW w:w="2118" w:type="dxa"/>
          </w:tcPr>
          <w:p w14:paraId="61477C13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20 €</w:t>
            </w:r>
          </w:p>
        </w:tc>
      </w:tr>
      <w:tr w:rsidR="00EE7CE1" w:rsidRPr="009A1853" w14:paraId="041A1261" w14:textId="77777777" w:rsidTr="00DC79D5">
        <w:tblPrEx>
          <w:tblLook w:val="04A0" w:firstRow="1" w:lastRow="0" w:firstColumn="1" w:lastColumn="0" w:noHBand="0" w:noVBand="1"/>
        </w:tblPrEx>
        <w:trPr>
          <w:trHeight w:val="51"/>
          <w:jc w:val="center"/>
        </w:trPr>
        <w:tc>
          <w:tcPr>
            <w:tcW w:w="3820" w:type="dxa"/>
          </w:tcPr>
          <w:p w14:paraId="7536942B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Garde / Promenade</w:t>
            </w:r>
          </w:p>
        </w:tc>
        <w:tc>
          <w:tcPr>
            <w:tcW w:w="2687" w:type="dxa"/>
          </w:tcPr>
          <w:p w14:paraId="49DF2AE2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1h</w:t>
            </w:r>
          </w:p>
        </w:tc>
        <w:tc>
          <w:tcPr>
            <w:tcW w:w="2118" w:type="dxa"/>
          </w:tcPr>
          <w:p w14:paraId="117D0449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30 €</w:t>
            </w:r>
          </w:p>
        </w:tc>
      </w:tr>
      <w:tr w:rsidR="00EE7CE1" w:rsidRPr="009A1853" w14:paraId="6F9025F2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773FCD01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Garde / Promenade</w:t>
            </w:r>
          </w:p>
        </w:tc>
        <w:tc>
          <w:tcPr>
            <w:tcW w:w="2687" w:type="dxa"/>
          </w:tcPr>
          <w:p w14:paraId="65A8A149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2h</w:t>
            </w:r>
          </w:p>
        </w:tc>
        <w:tc>
          <w:tcPr>
            <w:tcW w:w="2118" w:type="dxa"/>
          </w:tcPr>
          <w:p w14:paraId="11406C87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40 €</w:t>
            </w:r>
          </w:p>
        </w:tc>
      </w:tr>
      <w:tr w:rsidR="00EE7CE1" w:rsidRPr="009A1853" w14:paraId="1B35A0AA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080CA9E2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proofErr w:type="spellStart"/>
            <w:r w:rsidRPr="00DC79D5">
              <w:rPr>
                <w:rFonts w:asciiTheme="majorHAnsi" w:hAnsiTheme="majorHAnsi" w:cstheme="majorHAnsi"/>
                <w:color w:val="66605A"/>
              </w:rPr>
              <w:t>Forfait</w:t>
            </w:r>
            <w:proofErr w:type="spellEnd"/>
            <w:r w:rsidRPr="00DC79D5">
              <w:rPr>
                <w:rFonts w:asciiTheme="majorHAnsi" w:hAnsiTheme="majorHAnsi" w:cstheme="majorHAnsi"/>
                <w:color w:val="66605A"/>
              </w:rPr>
              <w:t xml:space="preserve"> 5 x Garde / Promenade</w:t>
            </w:r>
          </w:p>
        </w:tc>
        <w:tc>
          <w:tcPr>
            <w:tcW w:w="2687" w:type="dxa"/>
          </w:tcPr>
          <w:p w14:paraId="68DDE50B" w14:textId="46513CB6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 xml:space="preserve">5 </w:t>
            </w:r>
            <w:r w:rsidR="00DC79D5" w:rsidRPr="00DC79D5">
              <w:rPr>
                <w:rFonts w:asciiTheme="majorHAnsi" w:hAnsiTheme="majorHAnsi" w:cstheme="majorHAnsi"/>
                <w:color w:val="66605A"/>
              </w:rPr>
              <w:t>sessions de</w:t>
            </w:r>
            <w:r w:rsidRPr="00DC79D5">
              <w:rPr>
                <w:rFonts w:asciiTheme="majorHAnsi" w:hAnsiTheme="majorHAnsi" w:cstheme="majorHAnsi"/>
                <w:color w:val="66605A"/>
              </w:rPr>
              <w:t xml:space="preserve"> 30 min</w:t>
            </w:r>
          </w:p>
        </w:tc>
        <w:tc>
          <w:tcPr>
            <w:tcW w:w="2118" w:type="dxa"/>
          </w:tcPr>
          <w:p w14:paraId="23A8BBB4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90 €</w:t>
            </w:r>
          </w:p>
        </w:tc>
      </w:tr>
      <w:tr w:rsidR="00EE7CE1" w:rsidRPr="009A1853" w14:paraId="4BC79880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73615D0A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proofErr w:type="spellStart"/>
            <w:r w:rsidRPr="00DC79D5">
              <w:rPr>
                <w:rFonts w:asciiTheme="majorHAnsi" w:hAnsiTheme="majorHAnsi" w:cstheme="majorHAnsi"/>
                <w:color w:val="66605A"/>
              </w:rPr>
              <w:t>Forfait</w:t>
            </w:r>
            <w:proofErr w:type="spellEnd"/>
            <w:r w:rsidRPr="00DC79D5">
              <w:rPr>
                <w:rFonts w:asciiTheme="majorHAnsi" w:hAnsiTheme="majorHAnsi" w:cstheme="majorHAnsi"/>
                <w:color w:val="66605A"/>
              </w:rPr>
              <w:t xml:space="preserve"> 5 x Garde / Promenade</w:t>
            </w:r>
          </w:p>
        </w:tc>
        <w:tc>
          <w:tcPr>
            <w:tcW w:w="2687" w:type="dxa"/>
          </w:tcPr>
          <w:p w14:paraId="793B4D2E" w14:textId="124398FF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 xml:space="preserve">5 </w:t>
            </w:r>
            <w:r w:rsidR="00DC79D5" w:rsidRPr="00DC79D5">
              <w:rPr>
                <w:rFonts w:asciiTheme="majorHAnsi" w:hAnsiTheme="majorHAnsi" w:cstheme="majorHAnsi"/>
                <w:color w:val="66605A"/>
              </w:rPr>
              <w:t>sessions de</w:t>
            </w:r>
            <w:r w:rsidRPr="00DC79D5">
              <w:rPr>
                <w:rFonts w:asciiTheme="majorHAnsi" w:hAnsiTheme="majorHAnsi" w:cstheme="majorHAnsi"/>
                <w:color w:val="66605A"/>
              </w:rPr>
              <w:t xml:space="preserve"> 1h</w:t>
            </w:r>
          </w:p>
        </w:tc>
        <w:tc>
          <w:tcPr>
            <w:tcW w:w="2118" w:type="dxa"/>
          </w:tcPr>
          <w:p w14:paraId="730CC3FC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130 €</w:t>
            </w:r>
          </w:p>
        </w:tc>
      </w:tr>
      <w:tr w:rsidR="00EE7CE1" w:rsidRPr="009A1853" w14:paraId="41FFF8A8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43324D60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proofErr w:type="spellStart"/>
            <w:r w:rsidRPr="00DC79D5">
              <w:rPr>
                <w:rFonts w:asciiTheme="majorHAnsi" w:hAnsiTheme="majorHAnsi" w:cstheme="majorHAnsi"/>
                <w:color w:val="66605A"/>
              </w:rPr>
              <w:t>Forfait</w:t>
            </w:r>
            <w:proofErr w:type="spellEnd"/>
            <w:r w:rsidRPr="00DC79D5">
              <w:rPr>
                <w:rFonts w:asciiTheme="majorHAnsi" w:hAnsiTheme="majorHAnsi" w:cstheme="majorHAnsi"/>
                <w:color w:val="66605A"/>
              </w:rPr>
              <w:t xml:space="preserve"> 10 x Garde / Promenade</w:t>
            </w:r>
          </w:p>
        </w:tc>
        <w:tc>
          <w:tcPr>
            <w:tcW w:w="2687" w:type="dxa"/>
          </w:tcPr>
          <w:p w14:paraId="7BCF44C5" w14:textId="3CB54C79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 xml:space="preserve">10 </w:t>
            </w:r>
            <w:r w:rsidR="00DC79D5" w:rsidRPr="00DC79D5">
              <w:rPr>
                <w:rFonts w:asciiTheme="majorHAnsi" w:hAnsiTheme="majorHAnsi" w:cstheme="majorHAnsi"/>
                <w:color w:val="66605A"/>
              </w:rPr>
              <w:t>sessions</w:t>
            </w:r>
            <w:r w:rsidRPr="00DC79D5">
              <w:rPr>
                <w:rFonts w:asciiTheme="majorHAnsi" w:hAnsiTheme="majorHAnsi" w:cstheme="majorHAnsi"/>
                <w:color w:val="66605A"/>
              </w:rPr>
              <w:t xml:space="preserve"> 30 min</w:t>
            </w:r>
          </w:p>
        </w:tc>
        <w:tc>
          <w:tcPr>
            <w:tcW w:w="2118" w:type="dxa"/>
          </w:tcPr>
          <w:p w14:paraId="598E4528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180 €</w:t>
            </w:r>
          </w:p>
        </w:tc>
      </w:tr>
      <w:tr w:rsidR="00EE7CE1" w:rsidRPr="009A1853" w14:paraId="04B2AD89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13F318CE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proofErr w:type="spellStart"/>
            <w:r w:rsidRPr="00DC79D5">
              <w:rPr>
                <w:rFonts w:asciiTheme="majorHAnsi" w:hAnsiTheme="majorHAnsi" w:cstheme="majorHAnsi"/>
                <w:color w:val="66605A"/>
              </w:rPr>
              <w:t>Forfait</w:t>
            </w:r>
            <w:proofErr w:type="spellEnd"/>
            <w:r w:rsidRPr="00DC79D5">
              <w:rPr>
                <w:rFonts w:asciiTheme="majorHAnsi" w:hAnsiTheme="majorHAnsi" w:cstheme="majorHAnsi"/>
                <w:color w:val="66605A"/>
              </w:rPr>
              <w:t xml:space="preserve"> 10 x Garde / Promenade</w:t>
            </w:r>
          </w:p>
        </w:tc>
        <w:tc>
          <w:tcPr>
            <w:tcW w:w="2687" w:type="dxa"/>
          </w:tcPr>
          <w:p w14:paraId="700B4D28" w14:textId="6BCBA18D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 xml:space="preserve">10 </w:t>
            </w:r>
            <w:r w:rsidR="00DC79D5" w:rsidRPr="00DC79D5">
              <w:rPr>
                <w:rFonts w:asciiTheme="majorHAnsi" w:hAnsiTheme="majorHAnsi" w:cstheme="majorHAnsi"/>
                <w:color w:val="66605A"/>
              </w:rPr>
              <w:t>sessions</w:t>
            </w:r>
            <w:r w:rsidRPr="00DC79D5">
              <w:rPr>
                <w:rFonts w:asciiTheme="majorHAnsi" w:hAnsiTheme="majorHAnsi" w:cstheme="majorHAnsi"/>
                <w:color w:val="66605A"/>
              </w:rPr>
              <w:t xml:space="preserve"> 1h</w:t>
            </w:r>
          </w:p>
        </w:tc>
        <w:tc>
          <w:tcPr>
            <w:tcW w:w="2118" w:type="dxa"/>
          </w:tcPr>
          <w:p w14:paraId="7C9BEBD1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270 €</w:t>
            </w:r>
          </w:p>
        </w:tc>
      </w:tr>
      <w:tr w:rsidR="00EE7CE1" w:rsidRPr="009A1853" w14:paraId="6D3F2021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55B816F1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  <w:lang w:val="fr-FR"/>
              </w:rPr>
            </w:pPr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>Garde / Promenade soir/week-end</w:t>
            </w:r>
          </w:p>
        </w:tc>
        <w:tc>
          <w:tcPr>
            <w:tcW w:w="2687" w:type="dxa"/>
          </w:tcPr>
          <w:p w14:paraId="125501E8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30 min (après 19h)</w:t>
            </w:r>
          </w:p>
        </w:tc>
        <w:tc>
          <w:tcPr>
            <w:tcW w:w="2118" w:type="dxa"/>
          </w:tcPr>
          <w:p w14:paraId="6236D967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25 €</w:t>
            </w:r>
          </w:p>
        </w:tc>
      </w:tr>
      <w:tr w:rsidR="00EE7CE1" w:rsidRPr="009A1853" w14:paraId="634402B2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29C0786B" w14:textId="08AEE76F" w:rsidR="00EE7CE1" w:rsidRPr="00DC79D5" w:rsidRDefault="00493F5E">
            <w:pPr>
              <w:rPr>
                <w:rFonts w:asciiTheme="majorHAnsi" w:hAnsiTheme="majorHAnsi" w:cstheme="majorHAnsi"/>
                <w:color w:val="66605A"/>
                <w:lang w:val="fr-FR"/>
              </w:rPr>
            </w:pPr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>Forfait 10 x soir</w:t>
            </w:r>
            <w:r w:rsidR="00DC79D5" w:rsidRPr="00DC79D5">
              <w:rPr>
                <w:rFonts w:asciiTheme="majorHAnsi" w:hAnsiTheme="majorHAnsi" w:cstheme="majorHAnsi"/>
                <w:color w:val="66605A"/>
                <w:lang w:val="fr-FR"/>
              </w:rPr>
              <w:t xml:space="preserve"> (après 19</w:t>
            </w:r>
            <w:proofErr w:type="gramStart"/>
            <w:r w:rsidR="00DC79D5" w:rsidRPr="00DC79D5">
              <w:rPr>
                <w:rFonts w:asciiTheme="majorHAnsi" w:hAnsiTheme="majorHAnsi" w:cstheme="majorHAnsi"/>
                <w:color w:val="66605A"/>
                <w:lang w:val="fr-FR"/>
              </w:rPr>
              <w:t>h)</w:t>
            </w:r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>/</w:t>
            </w:r>
            <w:proofErr w:type="gramEnd"/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>week-end</w:t>
            </w:r>
            <w:r w:rsidR="00DC79D5" w:rsidRPr="00DC79D5">
              <w:rPr>
                <w:rFonts w:asciiTheme="majorHAnsi" w:hAnsiTheme="majorHAnsi" w:cstheme="majorHAnsi"/>
                <w:color w:val="66605A"/>
                <w:lang w:val="fr-FR"/>
              </w:rPr>
              <w:t xml:space="preserve"> </w:t>
            </w:r>
          </w:p>
        </w:tc>
        <w:tc>
          <w:tcPr>
            <w:tcW w:w="2687" w:type="dxa"/>
          </w:tcPr>
          <w:p w14:paraId="57D86009" w14:textId="6868CBA1" w:rsidR="00EE7CE1" w:rsidRPr="00DC79D5" w:rsidRDefault="00493F5E">
            <w:pPr>
              <w:rPr>
                <w:rFonts w:asciiTheme="majorHAnsi" w:hAnsiTheme="majorHAnsi" w:cstheme="majorHAnsi"/>
                <w:color w:val="66605A"/>
                <w:lang w:val="fr-FR"/>
              </w:rPr>
            </w:pPr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 xml:space="preserve">10 </w:t>
            </w:r>
            <w:r w:rsidR="00DC79D5" w:rsidRPr="00DC79D5">
              <w:rPr>
                <w:rFonts w:asciiTheme="majorHAnsi" w:hAnsiTheme="majorHAnsi" w:cstheme="majorHAnsi"/>
                <w:color w:val="66605A"/>
                <w:lang w:val="fr-FR"/>
              </w:rPr>
              <w:t>sessions de</w:t>
            </w:r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 xml:space="preserve"> 30 min</w:t>
            </w:r>
          </w:p>
        </w:tc>
        <w:tc>
          <w:tcPr>
            <w:tcW w:w="2118" w:type="dxa"/>
          </w:tcPr>
          <w:p w14:paraId="22E917D5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225 €</w:t>
            </w:r>
          </w:p>
        </w:tc>
      </w:tr>
    </w:tbl>
    <w:p w14:paraId="432848F8" w14:textId="77777777" w:rsidR="009A1853" w:rsidRPr="009A1853" w:rsidRDefault="009A1853" w:rsidP="009A1853">
      <w:pPr>
        <w:pStyle w:val="Titre2"/>
        <w:spacing w:after="120"/>
        <w:rPr>
          <w:rFonts w:cstheme="majorHAnsi"/>
          <w:color w:val="BABBBC"/>
          <w:sz w:val="22"/>
          <w:szCs w:val="22"/>
          <w:lang w:val="fr-FR"/>
        </w:rPr>
      </w:pPr>
    </w:p>
    <w:p w14:paraId="7B8437EB" w14:textId="77777777" w:rsidR="00EE7CE1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Engagements du prestataire</w:t>
      </w:r>
    </w:p>
    <w:p w14:paraId="1A622CCE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>Le prestataire s’engage à :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Respecter les besoins spécifiques de l’animal,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Garantir son bien-être et sa sécurité,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Fournir des nouvelles régulières (message, photo ou appel selon accord),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  <w:r w:rsidRPr="00DC79D5">
        <w:rPr>
          <w:rFonts w:asciiTheme="majorHAnsi" w:hAnsiTheme="majorHAnsi" w:cstheme="majorHAnsi"/>
          <w:color w:val="66605A"/>
          <w:lang w:val="fr-FR"/>
        </w:rPr>
        <w:lastRenderedPageBreak/>
        <w:t>- Respecter la confidentialité du domicile,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Signaler tout événement anormal ou urgence vétérinaire au client.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p w14:paraId="435DAD2F" w14:textId="77777777" w:rsidR="00EE7CE1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Engagements du client</w:t>
      </w:r>
    </w:p>
    <w:p w14:paraId="7BC9AF73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>Le client s’engage à :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Fournir un accès sécurisé au domicile,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Laisser à disposition tout le matériel nécessaire (croquettes, litière, laisse, médicaments…),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Signaler tout problème de santé ou comportemental connu,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Régler la prestation à la signature ou selon les conditions fixées.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p w14:paraId="035CC4A5" w14:textId="77777777" w:rsidR="00EE7CE1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Responsabilités</w:t>
      </w:r>
    </w:p>
    <w:p w14:paraId="18F096C8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>- Le prestataire n’est pas responsable en cas de maladie ou décès lié à un état de santé préexistant.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En cas de fugue ou accident suite à une négligence du client (matériel défectueux, absence de clôture, etc.), sa responsabilité ne pourra être engagée.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Tout soin vétérinaire nécessaire sera effectué en accord avec le client (ou à défaut, dans l’intérêt de l’animal), aux frais du client.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p w14:paraId="60D529E8" w14:textId="77777777" w:rsidR="00EE7CE1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Conditions d’annulation</w:t>
      </w:r>
    </w:p>
    <w:p w14:paraId="6CB58C69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 xml:space="preserve">- Annulation gratuite jusqu’à </w:t>
      </w:r>
      <w:r w:rsidR="000774F5" w:rsidRPr="00DC79D5">
        <w:rPr>
          <w:rFonts w:asciiTheme="majorHAnsi" w:hAnsiTheme="majorHAnsi" w:cstheme="majorHAnsi"/>
          <w:color w:val="66605A"/>
          <w:lang w:val="fr-FR"/>
        </w:rPr>
        <w:t>24</w:t>
      </w:r>
      <w:r w:rsidRPr="00DC79D5">
        <w:rPr>
          <w:rFonts w:asciiTheme="majorHAnsi" w:hAnsiTheme="majorHAnsi" w:cstheme="majorHAnsi"/>
          <w:color w:val="66605A"/>
          <w:lang w:val="fr-FR"/>
        </w:rPr>
        <w:t>h avant le début de la prestation.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Moins de 24h ou absence non signalée : 100 % facturée.</w:t>
      </w:r>
    </w:p>
    <w:p w14:paraId="0BD87DE7" w14:textId="010F3C12" w:rsidR="000774F5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Fait en deux exemplaires, à </w:t>
      </w:r>
      <w:r w:rsidR="008245E9">
        <w:rPr>
          <w:rFonts w:asciiTheme="majorHAnsi" w:hAnsiTheme="majorHAnsi" w:cstheme="majorHAnsi"/>
          <w:color w:val="66605A"/>
          <w:lang w:val="fr-FR"/>
        </w:rPr>
        <w:t>Montreuil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, le </w:t>
      </w:r>
      <w:r w:rsidR="008245E9">
        <w:rPr>
          <w:rFonts w:asciiTheme="majorHAnsi" w:hAnsiTheme="majorHAnsi" w:cstheme="majorHAnsi"/>
          <w:color w:val="66605A"/>
          <w:lang w:val="fr-FR"/>
        </w:rPr>
        <w:t>20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</w:t>
      </w:r>
      <w:r w:rsidR="008245E9">
        <w:rPr>
          <w:rFonts w:asciiTheme="majorHAnsi" w:hAnsiTheme="majorHAnsi" w:cstheme="majorHAnsi"/>
          <w:color w:val="66605A"/>
          <w:lang w:val="fr-FR"/>
        </w:rPr>
        <w:t>09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20</w:t>
      </w:r>
      <w:r w:rsidR="008245E9">
        <w:rPr>
          <w:rFonts w:asciiTheme="majorHAnsi" w:hAnsiTheme="majorHAnsi" w:cstheme="majorHAnsi"/>
          <w:color w:val="66605A"/>
          <w:lang w:val="fr-FR"/>
        </w:rPr>
        <w:t>25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p w14:paraId="0B62ADCF" w14:textId="77777777" w:rsidR="000774F5" w:rsidRPr="00DC79D5" w:rsidRDefault="000774F5">
      <w:pPr>
        <w:rPr>
          <w:rFonts w:asciiTheme="majorHAnsi" w:hAnsiTheme="majorHAnsi" w:cstheme="majorHAnsi"/>
          <w:color w:val="66605A"/>
          <w:lang w:val="fr-FR"/>
        </w:rPr>
      </w:pPr>
    </w:p>
    <w:p w14:paraId="63B29C17" w14:textId="77777777" w:rsidR="000774F5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br/>
        <w:t>Signature du client : 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(Précédée de la mention manuscrite « Lu et approuvé »)</w:t>
      </w:r>
    </w:p>
    <w:p w14:paraId="561AF98B" w14:textId="77777777" w:rsidR="000774F5" w:rsidRPr="00DC79D5" w:rsidRDefault="000774F5">
      <w:pPr>
        <w:rPr>
          <w:rFonts w:asciiTheme="majorHAnsi" w:hAnsiTheme="majorHAnsi" w:cstheme="majorHAnsi"/>
          <w:color w:val="66605A"/>
          <w:lang w:val="fr-FR"/>
        </w:rPr>
      </w:pPr>
    </w:p>
    <w:p w14:paraId="63E42582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br/>
      </w:r>
      <w:r w:rsidRPr="00DC79D5">
        <w:rPr>
          <w:rFonts w:asciiTheme="majorHAnsi" w:hAnsiTheme="majorHAnsi" w:cstheme="majorHAnsi"/>
          <w:color w:val="66605A"/>
          <w:lang w:val="fr-FR"/>
        </w:rPr>
        <w:br/>
        <w:t>Signature du prestataire : 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(Précédée de la mention manuscrite « Lu et approuvé »)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sectPr w:rsidR="00EE7CE1" w:rsidRPr="00DC79D5" w:rsidSect="00D20F85">
      <w:pgSz w:w="12240" w:h="15840"/>
      <w:pgMar w:top="6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9E307" w14:textId="77777777" w:rsidR="004376FF" w:rsidRDefault="004376FF" w:rsidP="009A1853">
      <w:pPr>
        <w:spacing w:after="0" w:line="240" w:lineRule="auto"/>
      </w:pPr>
      <w:r>
        <w:separator/>
      </w:r>
    </w:p>
  </w:endnote>
  <w:endnote w:type="continuationSeparator" w:id="0">
    <w:p w14:paraId="46D624EA" w14:textId="77777777" w:rsidR="004376FF" w:rsidRDefault="004376FF" w:rsidP="009A1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(Titres)"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1553F" w14:textId="77777777" w:rsidR="004376FF" w:rsidRDefault="004376FF" w:rsidP="009A1853">
      <w:pPr>
        <w:spacing w:after="0" w:line="240" w:lineRule="auto"/>
      </w:pPr>
      <w:r>
        <w:separator/>
      </w:r>
    </w:p>
  </w:footnote>
  <w:footnote w:type="continuationSeparator" w:id="0">
    <w:p w14:paraId="04427DE2" w14:textId="77777777" w:rsidR="004376FF" w:rsidRDefault="004376FF" w:rsidP="009A18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6244378"/>
    <w:multiLevelType w:val="hybridMultilevel"/>
    <w:tmpl w:val="0622A3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410836">
    <w:abstractNumId w:val="8"/>
  </w:num>
  <w:num w:numId="2" w16cid:durableId="142354215">
    <w:abstractNumId w:val="6"/>
  </w:num>
  <w:num w:numId="3" w16cid:durableId="71707553">
    <w:abstractNumId w:val="5"/>
  </w:num>
  <w:num w:numId="4" w16cid:durableId="923610568">
    <w:abstractNumId w:val="4"/>
  </w:num>
  <w:num w:numId="5" w16cid:durableId="556824415">
    <w:abstractNumId w:val="7"/>
  </w:num>
  <w:num w:numId="6" w16cid:durableId="1683780890">
    <w:abstractNumId w:val="3"/>
  </w:num>
  <w:num w:numId="7" w16cid:durableId="1019967090">
    <w:abstractNumId w:val="2"/>
  </w:num>
  <w:num w:numId="8" w16cid:durableId="799953282">
    <w:abstractNumId w:val="1"/>
  </w:num>
  <w:num w:numId="9" w16cid:durableId="1847095011">
    <w:abstractNumId w:val="0"/>
  </w:num>
  <w:num w:numId="10" w16cid:durableId="5024802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20682"/>
    <w:rsid w:val="00034616"/>
    <w:rsid w:val="0006063C"/>
    <w:rsid w:val="000774F5"/>
    <w:rsid w:val="00117BE0"/>
    <w:rsid w:val="00142C2A"/>
    <w:rsid w:val="0015074B"/>
    <w:rsid w:val="0029639D"/>
    <w:rsid w:val="00326F90"/>
    <w:rsid w:val="003713D9"/>
    <w:rsid w:val="004376FF"/>
    <w:rsid w:val="00493F5E"/>
    <w:rsid w:val="005B43F0"/>
    <w:rsid w:val="005C5592"/>
    <w:rsid w:val="008245E9"/>
    <w:rsid w:val="009A1853"/>
    <w:rsid w:val="00AA1D8D"/>
    <w:rsid w:val="00AB473B"/>
    <w:rsid w:val="00B47730"/>
    <w:rsid w:val="00B94AAC"/>
    <w:rsid w:val="00C7518B"/>
    <w:rsid w:val="00CB0664"/>
    <w:rsid w:val="00D20F85"/>
    <w:rsid w:val="00DC79D5"/>
    <w:rsid w:val="00EE7CE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27EDCB"/>
  <w14:defaultImageDpi w14:val="300"/>
  <w15:docId w15:val="{2701555D-C50D-BF48-A7AF-A6F0628A9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Normal1">
    <w:name w:val="Normal1"/>
    <w:rsid w:val="009A1853"/>
    <w:pPr>
      <w:spacing w:after="0"/>
    </w:pPr>
    <w:rPr>
      <w:rFonts w:ascii="Arial" w:eastAsia="Arial" w:hAnsi="Arial" w:cs="Arial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B43F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B43F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43F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43F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43F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4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3F0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245E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245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.altmayer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860189-7B82-479F-B4A9-359965975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775</Words>
  <Characters>4264</Characters>
  <Application>Microsoft Office Word</Application>
  <DocSecurity>0</DocSecurity>
  <Lines>35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5029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contact@doggykat.fr</cp:lastModifiedBy>
  <cp:revision>2</cp:revision>
  <dcterms:created xsi:type="dcterms:W3CDTF">2025-09-17T15:29:00Z</dcterms:created>
  <dcterms:modified xsi:type="dcterms:W3CDTF">2025-09-17T15:29:00Z</dcterms:modified>
  <cp:category/>
</cp:coreProperties>
</file>