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77D57" w14:textId="77777777" w:rsidR="00D20F85" w:rsidRDefault="00D20F85" w:rsidP="00D20F85">
      <w:pPr>
        <w:pStyle w:val="Titre1"/>
        <w:spacing w:before="0"/>
        <w:ind w:hanging="993"/>
        <w:rPr>
          <w:rFonts w:cstheme="majorHAnsi"/>
          <w:color w:val="BABBBC"/>
          <w:lang w:val="fr-FR"/>
        </w:rPr>
      </w:pPr>
      <w:r>
        <w:rPr>
          <w:rFonts w:cstheme="majorHAnsi"/>
          <w:noProof/>
          <w:color w:val="BABBBC"/>
          <w:lang w:val="fr-FR"/>
        </w:rPr>
        <w:drawing>
          <wp:inline distT="0" distB="0" distL="0" distR="0" wp14:anchorId="386B1A4C" wp14:editId="3DAA4DF1">
            <wp:extent cx="1079770" cy="1079770"/>
            <wp:effectExtent l="0" t="0" r="0" b="0"/>
            <wp:docPr id="1755828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2882" name="Image 1755828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2292" cy="112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01DA" w14:textId="77777777" w:rsidR="00D20F85" w:rsidRDefault="00D20F85" w:rsidP="00D20F85">
      <w:pPr>
        <w:pStyle w:val="Titre1"/>
        <w:spacing w:before="0"/>
        <w:ind w:hanging="993"/>
        <w:jc w:val="center"/>
        <w:rPr>
          <w:rFonts w:cstheme="majorHAnsi"/>
          <w:color w:val="BABBBC"/>
          <w:lang w:val="fr-FR"/>
        </w:rPr>
      </w:pPr>
    </w:p>
    <w:p w14:paraId="1CBBA4ED" w14:textId="47270F12" w:rsidR="00EE7CE1" w:rsidRPr="009A1853" w:rsidRDefault="00493F5E" w:rsidP="000D3D12">
      <w:pPr>
        <w:pStyle w:val="Titre1"/>
        <w:spacing w:before="0"/>
        <w:ind w:firstLine="720"/>
        <w:jc w:val="center"/>
        <w:rPr>
          <w:rFonts w:cstheme="majorHAnsi"/>
          <w:color w:val="BABBBC"/>
          <w:lang w:val="fr-FR"/>
        </w:rPr>
      </w:pPr>
      <w:r w:rsidRPr="009A1853">
        <w:rPr>
          <w:rFonts w:cstheme="majorHAnsi"/>
          <w:color w:val="BABBBC"/>
          <w:lang w:val="fr-FR"/>
        </w:rPr>
        <w:t>Contrat de Prestation – Garde à Domicile</w:t>
      </w:r>
    </w:p>
    <w:p w14:paraId="65B2E220" w14:textId="77777777" w:rsidR="00B94AAC" w:rsidRPr="009A1853" w:rsidRDefault="00B94AAC" w:rsidP="00B94AAC">
      <w:pPr>
        <w:rPr>
          <w:rFonts w:asciiTheme="majorHAnsi" w:hAnsiTheme="majorHAnsi" w:cstheme="majorHAnsi"/>
          <w:lang w:val="fr-FR"/>
        </w:rPr>
      </w:pPr>
    </w:p>
    <w:p w14:paraId="1A99D126" w14:textId="0F1A513F" w:rsidR="009A1853" w:rsidRPr="00D20F85" w:rsidRDefault="009A1853" w:rsidP="009A1853">
      <w:pPr>
        <w:spacing w:before="100" w:beforeAutospacing="1" w:after="100" w:afterAutospacing="1"/>
        <w:outlineLvl w:val="2"/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</w:pPr>
      <w:r w:rsidRPr="00D20F8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Entre les soussignés :</w:t>
      </w:r>
    </w:p>
    <w:p w14:paraId="19F96B62" w14:textId="27141710" w:rsidR="009A1853" w:rsidRPr="000D3D12" w:rsidRDefault="009A1853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Nom / Prénom du client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F4367E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Mariani </w:t>
      </w:r>
      <w:proofErr w:type="spellStart"/>
      <w:r w:rsidR="00F4367E">
        <w:rPr>
          <w:rFonts w:asciiTheme="majorHAnsi" w:eastAsia="Times New Roman" w:hAnsiTheme="majorHAnsi" w:cstheme="majorHAnsi"/>
          <w:color w:val="66605A"/>
          <w:lang w:val="fr-FR" w:eastAsia="fr-FR"/>
        </w:rPr>
        <w:t>Veronique</w:t>
      </w:r>
      <w:proofErr w:type="spellEnd"/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0D3D12">
        <w:rPr>
          <w:rFonts w:asciiTheme="majorHAnsi" w:eastAsia="Times New Roman" w:hAnsiTheme="majorHAnsi" w:cstheme="majorHAnsi"/>
          <w:color w:val="66605A"/>
          <w:lang w:val="fr-FR" w:eastAsia="fr-FR"/>
        </w:rPr>
        <w:t>63 rue Rochebrune 93100 Montreuil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Téléphone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0D3D12" w:rsidRPr="000D3D12">
        <w:rPr>
          <w:rFonts w:asciiTheme="majorHAnsi" w:eastAsia="Times New Roman" w:hAnsiTheme="majorHAnsi" w:cstheme="majorHAnsi"/>
          <w:color w:val="66605A"/>
          <w:lang w:val="fr-FR" w:eastAsia="fr-FR"/>
        </w:rPr>
        <w:t>06 22 75 59 86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 email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0D3D12" w:rsidRPr="000D3D12">
        <w:rPr>
          <w:rFonts w:asciiTheme="majorHAnsi" w:eastAsia="Times New Roman" w:hAnsiTheme="majorHAnsi" w:cstheme="majorHAnsi"/>
          <w:color w:val="66605A"/>
          <w:lang w:val="fr-FR" w:eastAsia="fr-FR"/>
        </w:rPr>
        <w:t>veromariani@free.fr</w:t>
      </w:r>
    </w:p>
    <w:p w14:paraId="10995A82" w14:textId="77777777" w:rsidR="009A1853" w:rsidRPr="00DC79D5" w:rsidRDefault="009A1853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Et</w:t>
      </w:r>
    </w:p>
    <w:p w14:paraId="6631E0C6" w14:textId="340D84D5" w:rsidR="009A1853" w:rsidRPr="00DC79D5" w:rsidRDefault="009A1853" w:rsidP="00DC79D5">
      <w:pPr>
        <w:spacing w:after="0" w:line="240" w:lineRule="auto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Nom de l'intervenant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proofErr w:type="spellStart"/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DoggyKat</w:t>
      </w:r>
      <w:proofErr w:type="spellEnd"/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 – </w:t>
      </w:r>
      <w:r w:rsidR="00D20F8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Entreprise Individuelle 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Isabelle Le Roc</w:t>
      </w:r>
      <w:r w:rsidR="00DC79D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h</w:t>
      </w:r>
    </w:p>
    <w:p w14:paraId="22890AEF" w14:textId="6BB2875A" w:rsidR="009A1853" w:rsidRPr="00DC79D5" w:rsidRDefault="009A1853" w:rsidP="00DC79D5">
      <w:pPr>
        <w:spacing w:after="0" w:line="240" w:lineRule="auto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Adresse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 : 7 rue Dombasle, 93100 Montreuil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br/>
      </w:r>
      <w:r w:rsidRPr="00DC79D5">
        <w:rPr>
          <w:rFonts w:asciiTheme="majorHAnsi" w:eastAsia="Times New Roman" w:hAnsiTheme="majorHAnsi" w:cstheme="majorHAnsi"/>
          <w:b/>
          <w:bCs/>
          <w:color w:val="66605A"/>
          <w:lang w:val="fr-FR" w:eastAsia="fr-FR"/>
        </w:rPr>
        <w:t>SIRET</w:t>
      </w: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 xml:space="preserve"> : </w:t>
      </w:r>
      <w:r w:rsidR="00DC79D5"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99047840600012</w:t>
      </w:r>
    </w:p>
    <w:p w14:paraId="7E754817" w14:textId="77777777" w:rsidR="00EE7CE1" w:rsidRPr="00DC79D5" w:rsidRDefault="009A1853" w:rsidP="009A1853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66605A"/>
          <w:lang w:val="fr-FR" w:eastAsia="fr-FR"/>
        </w:rPr>
      </w:pPr>
      <w:r w:rsidRPr="00DC79D5">
        <w:rPr>
          <w:rFonts w:asciiTheme="majorHAnsi" w:eastAsia="Times New Roman" w:hAnsiTheme="majorHAnsi" w:cstheme="majorHAnsi"/>
          <w:color w:val="66605A"/>
          <w:lang w:val="fr-FR" w:eastAsia="fr-FR"/>
        </w:rPr>
        <w:t>Il est convenu ce qui suit :</w:t>
      </w:r>
    </w:p>
    <w:p w14:paraId="745B8F51" w14:textId="77777777" w:rsidR="009A1853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Objet du contrat</w:t>
      </w:r>
    </w:p>
    <w:p w14:paraId="77960518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présent contrat a pour objet la garde à domicile de l’animal ci-dessous désigné, avec ou sans promenade selon l’option choisie.</w:t>
      </w:r>
    </w:p>
    <w:p w14:paraId="514E4E7F" w14:textId="184BDEEB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Informations sur l</w:t>
      </w:r>
      <w:r w:rsidR="000D3D12">
        <w:rPr>
          <w:rFonts w:cstheme="majorHAnsi"/>
          <w:color w:val="BABBBC"/>
          <w:sz w:val="22"/>
          <w:szCs w:val="22"/>
          <w:lang w:val="fr-FR"/>
        </w:rPr>
        <w:t xml:space="preserve">es </w:t>
      </w:r>
      <w:r w:rsidRPr="009A1853">
        <w:rPr>
          <w:rFonts w:cstheme="majorHAnsi"/>
          <w:color w:val="BABBBC"/>
          <w:sz w:val="22"/>
          <w:szCs w:val="22"/>
          <w:lang w:val="fr-FR"/>
        </w:rPr>
        <w:t>anima</w:t>
      </w:r>
      <w:r w:rsidR="000D3D12">
        <w:rPr>
          <w:rFonts w:cstheme="majorHAnsi"/>
          <w:color w:val="BABBBC"/>
          <w:sz w:val="22"/>
          <w:szCs w:val="22"/>
          <w:lang w:val="fr-FR"/>
        </w:rPr>
        <w:t xml:space="preserve">ux </w:t>
      </w:r>
    </w:p>
    <w:p w14:paraId="75B85CF0" w14:textId="3C263473" w:rsidR="000D3D12" w:rsidRDefault="00493F5E" w:rsidP="000D3D12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Nom de l’animal : </w:t>
      </w:r>
      <w:r w:rsidR="000D3D12">
        <w:rPr>
          <w:rFonts w:asciiTheme="majorHAnsi" w:hAnsiTheme="majorHAnsi" w:cstheme="majorHAnsi"/>
          <w:color w:val="66605A"/>
          <w:lang w:val="fr-FR"/>
        </w:rPr>
        <w:t xml:space="preserve">Socrate 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Espèce :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Chien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Chat /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NAC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(</w:t>
      </w:r>
      <w:r w:rsidR="008245E9">
        <w:rPr>
          <w:rFonts w:asciiTheme="majorHAnsi" w:hAnsiTheme="majorHAnsi" w:cstheme="majorHAnsi"/>
          <w:color w:val="66605A"/>
          <w:lang w:val="fr-FR"/>
        </w:rPr>
        <w:t>rayer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la mention </w:t>
      </w:r>
      <w:r w:rsidR="008245E9">
        <w:rPr>
          <w:rFonts w:asciiTheme="majorHAnsi" w:hAnsiTheme="majorHAnsi" w:cstheme="majorHAnsi"/>
          <w:color w:val="66605A"/>
          <w:lang w:val="fr-FR"/>
        </w:rPr>
        <w:t>in</w:t>
      </w:r>
      <w:r w:rsidRPr="00DC79D5">
        <w:rPr>
          <w:rFonts w:asciiTheme="majorHAnsi" w:hAnsiTheme="majorHAnsi" w:cstheme="majorHAnsi"/>
          <w:color w:val="66605A"/>
          <w:lang w:val="fr-FR"/>
        </w:rPr>
        <w:t>utile)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Race (si applicable) : </w:t>
      </w:r>
      <w:r w:rsidR="000D3D12">
        <w:rPr>
          <w:rFonts w:asciiTheme="majorHAnsi" w:hAnsiTheme="majorHAnsi" w:cstheme="majorHAnsi"/>
          <w:color w:val="66605A"/>
          <w:lang w:val="fr-FR"/>
        </w:rPr>
        <w:t xml:space="preserve">British </w:t>
      </w:r>
      <w:proofErr w:type="spellStart"/>
      <w:r w:rsidR="000D3D12">
        <w:rPr>
          <w:rFonts w:asciiTheme="majorHAnsi" w:hAnsiTheme="majorHAnsi" w:cstheme="majorHAnsi"/>
          <w:color w:val="66605A"/>
          <w:lang w:val="fr-FR"/>
        </w:rPr>
        <w:t>Shorthair</w:t>
      </w:r>
      <w:proofErr w:type="spellEnd"/>
      <w:r w:rsidRPr="00DC79D5">
        <w:rPr>
          <w:rFonts w:asciiTheme="majorHAnsi" w:hAnsiTheme="majorHAnsi" w:cstheme="majorHAnsi"/>
          <w:color w:val="66605A"/>
          <w:lang w:val="fr-FR"/>
        </w:rPr>
        <w:br/>
        <w:t>- Âge : 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........................................................................</w:t>
      </w:r>
      <w:r w:rsidR="000D3D12">
        <w:rPr>
          <w:rFonts w:asciiTheme="majorHAnsi" w:hAnsiTheme="majorHAnsi" w:cstheme="majorHAnsi"/>
          <w:color w:val="66605A"/>
          <w:lang w:val="fr-FR"/>
        </w:rPr>
        <w:t>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Stérilisé(e) : Oui /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Non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N° d’identification : ........................................................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Problèmes de santé ou traitements en cours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.................................................................................................</w:t>
      </w:r>
      <w:r w:rsid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Comportement particulier à signaler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.................................................................................................</w:t>
      </w:r>
      <w:r w:rsidR="00B94AAC" w:rsidRPr="00DC79D5">
        <w:rPr>
          <w:rFonts w:asciiTheme="majorHAnsi" w:hAnsiTheme="majorHAnsi" w:cstheme="majorHAnsi"/>
          <w:color w:val="66605A"/>
          <w:lang w:val="fr-FR"/>
        </w:rPr>
        <w:t>..........................................................</w:t>
      </w:r>
    </w:p>
    <w:p w14:paraId="5C4CCF95" w14:textId="163D4D34" w:rsidR="000D3D12" w:rsidRDefault="000D3D12" w:rsidP="000D3D12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Nom de l’animal : </w:t>
      </w:r>
      <w:proofErr w:type="spellStart"/>
      <w:r>
        <w:rPr>
          <w:rFonts w:asciiTheme="majorHAnsi" w:hAnsiTheme="majorHAnsi" w:cstheme="majorHAnsi"/>
          <w:color w:val="66605A"/>
          <w:lang w:val="fr-FR"/>
        </w:rPr>
        <w:t>Tomorow</w:t>
      </w:r>
      <w:proofErr w:type="spellEnd"/>
      <w:r>
        <w:rPr>
          <w:rFonts w:asciiTheme="majorHAnsi" w:hAnsiTheme="majorHAnsi" w:cstheme="majorHAnsi"/>
          <w:color w:val="66605A"/>
          <w:lang w:val="fr-FR"/>
        </w:rPr>
        <w:t xml:space="preserve"> 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Espèce :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Chien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Chat /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NAC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(</w:t>
      </w:r>
      <w:r>
        <w:rPr>
          <w:rFonts w:asciiTheme="majorHAnsi" w:hAnsiTheme="majorHAnsi" w:cstheme="majorHAnsi"/>
          <w:color w:val="66605A"/>
          <w:lang w:val="fr-FR"/>
        </w:rPr>
        <w:t>rayer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la mention </w:t>
      </w:r>
      <w:r>
        <w:rPr>
          <w:rFonts w:asciiTheme="majorHAnsi" w:hAnsiTheme="majorHAnsi" w:cstheme="majorHAnsi"/>
          <w:color w:val="66605A"/>
          <w:lang w:val="fr-FR"/>
        </w:rPr>
        <w:t>in</w:t>
      </w:r>
      <w:r w:rsidRPr="00DC79D5">
        <w:rPr>
          <w:rFonts w:asciiTheme="majorHAnsi" w:hAnsiTheme="majorHAnsi" w:cstheme="majorHAnsi"/>
          <w:color w:val="66605A"/>
          <w:lang w:val="fr-FR"/>
        </w:rPr>
        <w:t>utile)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Race (si applicable) : </w:t>
      </w:r>
      <w:r>
        <w:rPr>
          <w:rFonts w:asciiTheme="majorHAnsi" w:hAnsiTheme="majorHAnsi" w:cstheme="majorHAnsi"/>
          <w:color w:val="66605A"/>
          <w:lang w:val="fr-FR"/>
        </w:rPr>
        <w:t xml:space="preserve">British </w:t>
      </w:r>
      <w:proofErr w:type="spellStart"/>
      <w:r>
        <w:rPr>
          <w:rFonts w:asciiTheme="majorHAnsi" w:hAnsiTheme="majorHAnsi" w:cstheme="majorHAnsi"/>
          <w:color w:val="66605A"/>
          <w:lang w:val="fr-FR"/>
        </w:rPr>
        <w:t>Longhair</w:t>
      </w:r>
      <w:proofErr w:type="spellEnd"/>
      <w:r w:rsidRPr="00DC79D5">
        <w:rPr>
          <w:rFonts w:asciiTheme="majorHAnsi" w:hAnsiTheme="majorHAnsi" w:cstheme="majorHAnsi"/>
          <w:color w:val="66605A"/>
          <w:lang w:val="fr-FR"/>
        </w:rPr>
        <w:br/>
        <w:t>- Âge : .....................................</w:t>
      </w:r>
      <w:r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  <w:r w:rsidRPr="00DC79D5">
        <w:rPr>
          <w:rFonts w:asciiTheme="majorHAnsi" w:hAnsiTheme="majorHAnsi" w:cstheme="majorHAnsi"/>
          <w:color w:val="66605A"/>
          <w:lang w:val="fr-FR"/>
        </w:rPr>
        <w:lastRenderedPageBreak/>
        <w:t xml:space="preserve">- Stérilisé(e) : Oui / </w:t>
      </w:r>
      <w:r w:rsidRPr="008245E9">
        <w:rPr>
          <w:rFonts w:asciiTheme="majorHAnsi" w:hAnsiTheme="majorHAnsi" w:cs="Calibri (Titres)"/>
          <w:dstrike/>
          <w:color w:val="66605A"/>
          <w:lang w:val="fr-FR"/>
        </w:rPr>
        <w:t>Non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N° d’identification : ........................................................</w:t>
      </w:r>
      <w:r>
        <w:rPr>
          <w:rFonts w:asciiTheme="majorHAnsi" w:hAnsiTheme="majorHAnsi" w:cstheme="majorHAnsi"/>
          <w:color w:val="66605A"/>
          <w:lang w:val="fr-FR"/>
        </w:rPr>
        <w:t>.................................................................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Problèmes de santé ou traitements en cours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.................................................................................................</w:t>
      </w:r>
      <w:r>
        <w:rPr>
          <w:rFonts w:asciiTheme="majorHAnsi" w:hAnsiTheme="majorHAnsi" w:cstheme="majorHAnsi"/>
          <w:color w:val="66605A"/>
          <w:lang w:val="fr-FR"/>
        </w:rPr>
        <w:t>..........................................................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Comportement particulier à signaler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...........................................................................................................................................................</w:t>
      </w:r>
    </w:p>
    <w:p w14:paraId="27D09C19" w14:textId="77777777" w:rsidR="000D3D12" w:rsidRPr="00DC79D5" w:rsidRDefault="000D3D12" w:rsidP="000D3D12">
      <w:pPr>
        <w:rPr>
          <w:rFonts w:asciiTheme="majorHAnsi" w:hAnsiTheme="majorHAnsi" w:cstheme="majorHAnsi"/>
          <w:color w:val="66605A"/>
          <w:lang w:val="fr-FR"/>
        </w:rPr>
      </w:pPr>
    </w:p>
    <w:p w14:paraId="0B046F10" w14:textId="3B841BF1" w:rsidR="00EE7CE1" w:rsidRPr="009A1853" w:rsidRDefault="00493F5E" w:rsidP="000D3D12">
      <w:pPr>
        <w:rPr>
          <w:rFonts w:cstheme="majorHAnsi"/>
          <w:color w:val="BABBBC"/>
          <w:lang w:val="fr-FR"/>
        </w:rPr>
      </w:pPr>
      <w:r w:rsidRPr="009A1853">
        <w:rPr>
          <w:rFonts w:cstheme="majorHAnsi"/>
          <w:color w:val="BABBBC"/>
          <w:lang w:val="fr-FR"/>
        </w:rPr>
        <w:t>Modalités de garde</w:t>
      </w:r>
    </w:p>
    <w:p w14:paraId="087E9242" w14:textId="58EA5B1A" w:rsidR="000D3D12" w:rsidRDefault="00493F5E" w:rsidP="000D3D12">
      <w:pPr>
        <w:spacing w:after="0"/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Dates de la prestation : du </w:t>
      </w:r>
      <w:r w:rsidR="000D3D12">
        <w:rPr>
          <w:rFonts w:asciiTheme="majorHAnsi" w:hAnsiTheme="majorHAnsi" w:cstheme="majorHAnsi"/>
          <w:color w:val="66605A"/>
          <w:lang w:val="fr-FR"/>
        </w:rPr>
        <w:t xml:space="preserve">25 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/ </w:t>
      </w:r>
      <w:r w:rsidR="008245E9">
        <w:rPr>
          <w:rFonts w:asciiTheme="majorHAnsi" w:hAnsiTheme="majorHAnsi" w:cstheme="majorHAnsi"/>
          <w:color w:val="66605A"/>
          <w:lang w:val="fr-FR"/>
        </w:rPr>
        <w:t>10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 w:rsidR="008245E9"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 </w:t>
      </w:r>
      <w:r w:rsidR="000D3D12">
        <w:rPr>
          <w:rFonts w:asciiTheme="majorHAnsi" w:hAnsiTheme="majorHAnsi" w:cstheme="majorHAnsi"/>
          <w:color w:val="66605A"/>
          <w:lang w:val="fr-FR"/>
        </w:rPr>
        <w:t xml:space="preserve">26 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/ </w:t>
      </w:r>
      <w:r w:rsidR="008245E9">
        <w:rPr>
          <w:rFonts w:asciiTheme="majorHAnsi" w:hAnsiTheme="majorHAnsi" w:cstheme="majorHAnsi"/>
          <w:color w:val="66605A"/>
          <w:lang w:val="fr-FR"/>
        </w:rPr>
        <w:t>10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 w:rsidR="008245E9"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- Nombre de visites par jour : </w:t>
      </w:r>
      <w:r w:rsidR="008245E9">
        <w:rPr>
          <w:rFonts w:ascii="Segoe UI Symbol" w:hAnsi="Segoe UI Symbol" w:cs="Segoe UI Symbol"/>
          <w:strike/>
          <w:color w:val="66605A"/>
          <w:lang w:val="fr-FR"/>
        </w:rPr>
        <w:t>x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1 visite /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2 visites /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Autre : ...............</w:t>
      </w:r>
      <w:r w:rsidR="000D3D12">
        <w:rPr>
          <w:rFonts w:asciiTheme="majorHAnsi" w:hAnsiTheme="majorHAnsi" w:cstheme="majorHAnsi"/>
          <w:color w:val="66605A"/>
          <w:lang w:val="fr-FR"/>
        </w:rPr>
        <w:t>......................................</w:t>
      </w:r>
    </w:p>
    <w:p w14:paraId="44256CE3" w14:textId="384B1CE9" w:rsidR="00EE7CE1" w:rsidRPr="00DC79D5" w:rsidRDefault="000D3D12" w:rsidP="000D3D12">
      <w:pPr>
        <w:spacing w:after="0"/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</w:t>
      </w:r>
      <w:r>
        <w:rPr>
          <w:rFonts w:asciiTheme="majorHAnsi" w:hAnsiTheme="majorHAnsi" w:cstheme="majorHAnsi"/>
          <w:color w:val="66605A"/>
          <w:lang w:val="fr-FR"/>
        </w:rPr>
        <w:t xml:space="preserve">Durée de visite </w:t>
      </w:r>
      <w:r w:rsidRPr="00DC79D5">
        <w:rPr>
          <w:rFonts w:asciiTheme="majorHAnsi" w:hAnsiTheme="majorHAnsi" w:cstheme="majorHAnsi"/>
          <w:color w:val="66605A"/>
          <w:lang w:val="fr-FR"/>
        </w:rPr>
        <w:t>:</w:t>
      </w:r>
      <w:r>
        <w:rPr>
          <w:rFonts w:asciiTheme="majorHAnsi" w:hAnsiTheme="majorHAnsi" w:cstheme="majorHAnsi"/>
          <w:color w:val="66605A"/>
          <w:lang w:val="fr-FR"/>
        </w:rPr>
        <w:t xml:space="preserve"> </w:t>
      </w:r>
      <w:r w:rsidRPr="000D3D12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</w:t>
      </w:r>
      <w:r>
        <w:rPr>
          <w:rFonts w:asciiTheme="majorHAnsi" w:hAnsiTheme="majorHAnsi" w:cstheme="majorHAnsi"/>
          <w:color w:val="66605A"/>
          <w:lang w:val="fr-FR"/>
        </w:rPr>
        <w:t xml:space="preserve">30 min 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/ </w:t>
      </w:r>
      <w:r w:rsidRPr="000D3D12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</w:t>
      </w:r>
      <w:r>
        <w:rPr>
          <w:rFonts w:asciiTheme="majorHAnsi" w:hAnsiTheme="majorHAnsi" w:cstheme="majorHAnsi"/>
          <w:color w:val="66605A"/>
          <w:lang w:val="fr-FR"/>
        </w:rPr>
        <w:t xml:space="preserve">1 heure 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/ </w:t>
      </w:r>
      <w:r w:rsidRPr="000D3D12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</w:t>
      </w:r>
      <w:r>
        <w:rPr>
          <w:rFonts w:asciiTheme="majorHAnsi" w:hAnsiTheme="majorHAnsi" w:cstheme="majorHAnsi"/>
          <w:color w:val="66605A"/>
          <w:lang w:val="fr-FR"/>
        </w:rPr>
        <w:t xml:space="preserve">2 heures 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/ </w:t>
      </w:r>
      <w:r w:rsidRPr="000D3D12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Autre</w:t>
      </w:r>
      <w:r>
        <w:rPr>
          <w:rFonts w:asciiTheme="majorHAnsi" w:hAnsiTheme="majorHAnsi" w:cstheme="majorHAnsi"/>
          <w:color w:val="66605A"/>
          <w:lang w:val="fr-FR"/>
        </w:rPr>
        <w:t> : ………………………………………………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br/>
        <w:t>- Horaires souhaités (créneaux à cocher ou préciser) :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="00493F5E" w:rsidRPr="00DC79D5">
        <w:rPr>
          <w:rFonts w:ascii="Segoe UI Symbol" w:hAnsi="Segoe UI Symbol" w:cs="Segoe UI Symbol"/>
          <w:color w:val="66605A"/>
          <w:lang w:val="fr-FR"/>
        </w:rPr>
        <w:t>☐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t xml:space="preserve"> Matin (entre 7h et 10h)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="00493F5E" w:rsidRPr="00DC79D5">
        <w:rPr>
          <w:rFonts w:ascii="Segoe UI Symbol" w:hAnsi="Segoe UI Symbol" w:cs="Segoe UI Symbol"/>
          <w:color w:val="66605A"/>
          <w:lang w:val="fr-FR"/>
        </w:rPr>
        <w:t>☐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t xml:space="preserve"> Midi (entre 12h et 14h)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="00493F5E" w:rsidRPr="00DC79D5">
        <w:rPr>
          <w:rFonts w:ascii="Segoe UI Symbol" w:hAnsi="Segoe UI Symbol" w:cs="Segoe UI Symbol"/>
          <w:color w:val="66605A"/>
          <w:lang w:val="fr-FR"/>
        </w:rPr>
        <w:t>☐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t xml:space="preserve"> Soir (entre 17h et 20h)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br/>
        <w:t xml:space="preserve">  </w:t>
      </w:r>
      <w:r w:rsidRPr="00DC79D5">
        <w:rPr>
          <w:rFonts w:ascii="Segoe UI Symbol" w:hAnsi="Segoe UI Symbol" w:cs="Segoe UI Symbol"/>
          <w:color w:val="66605A"/>
          <w:lang w:val="fr-FR"/>
        </w:rPr>
        <w:t>☐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t>Autre : .................................................................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br/>
        <w:t xml:space="preserve">- Balade (option pour chien uniquement) : </w:t>
      </w:r>
      <w:r w:rsidR="00493F5E" w:rsidRPr="00DC79D5">
        <w:rPr>
          <w:rFonts w:ascii="Segoe UI Symbol" w:hAnsi="Segoe UI Symbol" w:cs="Segoe UI Symbol"/>
          <w:color w:val="66605A"/>
          <w:lang w:val="fr-FR"/>
        </w:rPr>
        <w:t>☐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t xml:space="preserve"> Oui </w:t>
      </w:r>
      <w:r w:rsidR="008245E9">
        <w:rPr>
          <w:rFonts w:ascii="Segoe UI Symbol" w:hAnsi="Segoe UI Symbol" w:cs="Segoe UI Symbol"/>
          <w:color w:val="66605A"/>
          <w:lang w:val="fr-FR"/>
        </w:rPr>
        <w:t>x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t xml:space="preserve"> Non</w:t>
      </w:r>
      <w:r w:rsidR="00493F5E"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6ACF2385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Tarifs appliqués</w:t>
      </w:r>
    </w:p>
    <w:p w14:paraId="2792841A" w14:textId="77777777" w:rsidR="009A1853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Les prestations suivantes sont proposées :</w:t>
      </w:r>
    </w:p>
    <w:tbl>
      <w:tblPr>
        <w:tblW w:w="8625" w:type="dxa"/>
        <w:jc w:val="center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690"/>
        <w:gridCol w:w="2117"/>
      </w:tblGrid>
      <w:tr w:rsidR="009A1853" w:rsidRPr="006D7253" w14:paraId="51DB0CE9" w14:textId="77777777" w:rsidTr="00DC79D5">
        <w:trPr>
          <w:trHeight w:val="435"/>
          <w:jc w:val="center"/>
        </w:trPr>
        <w:tc>
          <w:tcPr>
            <w:tcW w:w="3820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2AABE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Description</w:t>
            </w:r>
          </w:p>
        </w:tc>
        <w:tc>
          <w:tcPr>
            <w:tcW w:w="2691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17F0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Durée</w:t>
            </w:r>
          </w:p>
        </w:tc>
        <w:tc>
          <w:tcPr>
            <w:tcW w:w="2114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0EA9" w14:textId="77777777" w:rsidR="009A1853" w:rsidRPr="006D7253" w:rsidRDefault="009A1853" w:rsidP="00DC79D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Prix</w:t>
            </w: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 xml:space="preserve"> €</w:t>
            </w:r>
          </w:p>
        </w:tc>
      </w:tr>
      <w:tr w:rsidR="00EE7CE1" w:rsidRPr="009A1853" w14:paraId="0C61682A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5B8B243B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Prestation</w:t>
            </w:r>
          </w:p>
        </w:tc>
        <w:tc>
          <w:tcPr>
            <w:tcW w:w="2687" w:type="dxa"/>
          </w:tcPr>
          <w:p w14:paraId="03F9C04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Durée</w:t>
            </w:r>
          </w:p>
        </w:tc>
        <w:tc>
          <w:tcPr>
            <w:tcW w:w="2118" w:type="dxa"/>
          </w:tcPr>
          <w:p w14:paraId="1F5148C5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Tarif</w:t>
            </w:r>
          </w:p>
        </w:tc>
      </w:tr>
      <w:tr w:rsidR="00EE7CE1" w:rsidRPr="009A1853" w14:paraId="0E6FE1D0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0FE5C863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7D45291F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min</w:t>
            </w:r>
          </w:p>
        </w:tc>
        <w:tc>
          <w:tcPr>
            <w:tcW w:w="2118" w:type="dxa"/>
          </w:tcPr>
          <w:p w14:paraId="61477C13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20 €</w:t>
            </w:r>
          </w:p>
        </w:tc>
      </w:tr>
      <w:tr w:rsidR="00EE7CE1" w:rsidRPr="009A1853" w14:paraId="041A1261" w14:textId="77777777" w:rsidTr="00DC79D5">
        <w:tblPrEx>
          <w:tblLook w:val="04A0" w:firstRow="1" w:lastRow="0" w:firstColumn="1" w:lastColumn="0" w:noHBand="0" w:noVBand="1"/>
        </w:tblPrEx>
        <w:trPr>
          <w:trHeight w:val="51"/>
          <w:jc w:val="center"/>
        </w:trPr>
        <w:tc>
          <w:tcPr>
            <w:tcW w:w="3820" w:type="dxa"/>
          </w:tcPr>
          <w:p w14:paraId="7536942B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49DF2AE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1h</w:t>
            </w:r>
          </w:p>
        </w:tc>
        <w:tc>
          <w:tcPr>
            <w:tcW w:w="2118" w:type="dxa"/>
          </w:tcPr>
          <w:p w14:paraId="117D0449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30 €</w:t>
            </w:r>
          </w:p>
        </w:tc>
      </w:tr>
      <w:tr w:rsidR="00EE7CE1" w:rsidRPr="009A1853" w14:paraId="6F9025F2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773FCD01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Garde / Promenade</w:t>
            </w:r>
          </w:p>
        </w:tc>
        <w:tc>
          <w:tcPr>
            <w:tcW w:w="2687" w:type="dxa"/>
          </w:tcPr>
          <w:p w14:paraId="65A8A149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2h</w:t>
            </w:r>
          </w:p>
        </w:tc>
        <w:tc>
          <w:tcPr>
            <w:tcW w:w="2118" w:type="dxa"/>
          </w:tcPr>
          <w:p w14:paraId="11406C87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40 €</w:t>
            </w:r>
          </w:p>
        </w:tc>
      </w:tr>
      <w:tr w:rsidR="00EE7CE1" w:rsidRPr="009A1853" w14:paraId="1B35A0AA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080CA9E2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5 x Garde / Promenade</w:t>
            </w:r>
          </w:p>
        </w:tc>
        <w:tc>
          <w:tcPr>
            <w:tcW w:w="2687" w:type="dxa"/>
          </w:tcPr>
          <w:p w14:paraId="68DDE50B" w14:textId="46513CB6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5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30 min</w:t>
            </w:r>
          </w:p>
        </w:tc>
        <w:tc>
          <w:tcPr>
            <w:tcW w:w="2118" w:type="dxa"/>
          </w:tcPr>
          <w:p w14:paraId="23A8BBB4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90 €</w:t>
            </w:r>
          </w:p>
        </w:tc>
      </w:tr>
      <w:tr w:rsidR="00EE7CE1" w:rsidRPr="009A1853" w14:paraId="4BC79880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73615D0A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5 x Garde / Promenade</w:t>
            </w:r>
          </w:p>
        </w:tc>
        <w:tc>
          <w:tcPr>
            <w:tcW w:w="2687" w:type="dxa"/>
          </w:tcPr>
          <w:p w14:paraId="793B4D2E" w14:textId="124398FF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5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1h</w:t>
            </w:r>
          </w:p>
        </w:tc>
        <w:tc>
          <w:tcPr>
            <w:tcW w:w="2118" w:type="dxa"/>
          </w:tcPr>
          <w:p w14:paraId="730CC3FC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130 €</w:t>
            </w:r>
          </w:p>
        </w:tc>
      </w:tr>
      <w:tr w:rsidR="00EE7CE1" w:rsidRPr="009A1853" w14:paraId="41FFF8A8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43324D60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10 x Garde / Promenade</w:t>
            </w:r>
          </w:p>
        </w:tc>
        <w:tc>
          <w:tcPr>
            <w:tcW w:w="2687" w:type="dxa"/>
          </w:tcPr>
          <w:p w14:paraId="7BCF44C5" w14:textId="3CB54C79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30 min</w:t>
            </w:r>
          </w:p>
        </w:tc>
        <w:tc>
          <w:tcPr>
            <w:tcW w:w="2118" w:type="dxa"/>
          </w:tcPr>
          <w:p w14:paraId="598E4528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180 €</w:t>
            </w:r>
          </w:p>
        </w:tc>
      </w:tr>
      <w:tr w:rsidR="00EE7CE1" w:rsidRPr="009A1853" w14:paraId="04B2AD89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13F318CE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proofErr w:type="spellStart"/>
            <w:r w:rsidRPr="00DC79D5">
              <w:rPr>
                <w:rFonts w:asciiTheme="majorHAnsi" w:hAnsiTheme="majorHAnsi" w:cstheme="majorHAnsi"/>
                <w:color w:val="66605A"/>
              </w:rPr>
              <w:t>Forfait</w:t>
            </w:r>
            <w:proofErr w:type="spellEnd"/>
            <w:r w:rsidRPr="00DC79D5">
              <w:rPr>
                <w:rFonts w:asciiTheme="majorHAnsi" w:hAnsiTheme="majorHAnsi" w:cstheme="majorHAnsi"/>
                <w:color w:val="66605A"/>
              </w:rPr>
              <w:t xml:space="preserve"> 10 x Garde / Promenade</w:t>
            </w:r>
          </w:p>
        </w:tc>
        <w:tc>
          <w:tcPr>
            <w:tcW w:w="2687" w:type="dxa"/>
          </w:tcPr>
          <w:p w14:paraId="700B4D28" w14:textId="6BCBA18D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</w:rPr>
              <w:t>sessions</w:t>
            </w:r>
            <w:r w:rsidRPr="00DC79D5">
              <w:rPr>
                <w:rFonts w:asciiTheme="majorHAnsi" w:hAnsiTheme="majorHAnsi" w:cstheme="majorHAnsi"/>
                <w:color w:val="66605A"/>
              </w:rPr>
              <w:t xml:space="preserve"> 1h</w:t>
            </w:r>
          </w:p>
        </w:tc>
        <w:tc>
          <w:tcPr>
            <w:tcW w:w="2118" w:type="dxa"/>
          </w:tcPr>
          <w:p w14:paraId="7C9BEBD1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270 €</w:t>
            </w:r>
          </w:p>
        </w:tc>
      </w:tr>
      <w:tr w:rsidR="00EE7CE1" w:rsidRPr="009A1853" w14:paraId="6D3F2021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55B816F1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Garde / Promenade soir/week-end</w:t>
            </w:r>
          </w:p>
        </w:tc>
        <w:tc>
          <w:tcPr>
            <w:tcW w:w="2687" w:type="dxa"/>
          </w:tcPr>
          <w:p w14:paraId="125501E8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30 min (après 19h)</w:t>
            </w:r>
          </w:p>
        </w:tc>
        <w:tc>
          <w:tcPr>
            <w:tcW w:w="2118" w:type="dxa"/>
          </w:tcPr>
          <w:p w14:paraId="6236D967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25 €</w:t>
            </w:r>
          </w:p>
        </w:tc>
      </w:tr>
      <w:tr w:rsidR="00EE7CE1" w:rsidRPr="009A1853" w14:paraId="634402B2" w14:textId="77777777" w:rsidTr="00DC79D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20" w:type="dxa"/>
          </w:tcPr>
          <w:p w14:paraId="29C0786B" w14:textId="08AEE76F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Forfait 10 x soir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(après 19</w:t>
            </w:r>
            <w:proofErr w:type="gramStart"/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>h)</w:t>
            </w: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/</w:t>
            </w:r>
            <w:proofErr w:type="gramEnd"/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>week-end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</w:t>
            </w:r>
          </w:p>
        </w:tc>
        <w:tc>
          <w:tcPr>
            <w:tcW w:w="2687" w:type="dxa"/>
          </w:tcPr>
          <w:p w14:paraId="57D86009" w14:textId="6868CBA1" w:rsidR="00EE7CE1" w:rsidRPr="00DC79D5" w:rsidRDefault="00493F5E">
            <w:pPr>
              <w:rPr>
                <w:rFonts w:asciiTheme="majorHAnsi" w:hAnsiTheme="majorHAnsi" w:cstheme="majorHAnsi"/>
                <w:color w:val="66605A"/>
                <w:lang w:val="fr-FR"/>
              </w:rPr>
            </w:pP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10 </w:t>
            </w:r>
            <w:r w:rsidR="00DC79D5" w:rsidRPr="00DC79D5">
              <w:rPr>
                <w:rFonts w:asciiTheme="majorHAnsi" w:hAnsiTheme="majorHAnsi" w:cstheme="majorHAnsi"/>
                <w:color w:val="66605A"/>
                <w:lang w:val="fr-FR"/>
              </w:rPr>
              <w:t>sessions de</w:t>
            </w:r>
            <w:r w:rsidRPr="00DC79D5">
              <w:rPr>
                <w:rFonts w:asciiTheme="majorHAnsi" w:hAnsiTheme="majorHAnsi" w:cstheme="majorHAnsi"/>
                <w:color w:val="66605A"/>
                <w:lang w:val="fr-FR"/>
              </w:rPr>
              <w:t xml:space="preserve"> 30 min</w:t>
            </w:r>
          </w:p>
        </w:tc>
        <w:tc>
          <w:tcPr>
            <w:tcW w:w="2118" w:type="dxa"/>
          </w:tcPr>
          <w:p w14:paraId="22E917D5" w14:textId="77777777" w:rsidR="00EE7CE1" w:rsidRPr="00DC79D5" w:rsidRDefault="00493F5E">
            <w:pPr>
              <w:rPr>
                <w:rFonts w:asciiTheme="majorHAnsi" w:hAnsiTheme="majorHAnsi" w:cstheme="majorHAnsi"/>
                <w:color w:val="66605A"/>
              </w:rPr>
            </w:pPr>
            <w:r w:rsidRPr="00DC79D5">
              <w:rPr>
                <w:rFonts w:asciiTheme="majorHAnsi" w:hAnsiTheme="majorHAnsi" w:cstheme="majorHAnsi"/>
                <w:color w:val="66605A"/>
              </w:rPr>
              <w:t>225 €</w:t>
            </w:r>
          </w:p>
        </w:tc>
      </w:tr>
    </w:tbl>
    <w:p w14:paraId="432848F8" w14:textId="77777777" w:rsidR="009A1853" w:rsidRPr="009A1853" w:rsidRDefault="009A1853" w:rsidP="009A1853">
      <w:pPr>
        <w:pStyle w:val="Titre2"/>
        <w:spacing w:after="120"/>
        <w:rPr>
          <w:rFonts w:cstheme="majorHAnsi"/>
          <w:color w:val="BABBBC"/>
          <w:sz w:val="22"/>
          <w:szCs w:val="22"/>
          <w:lang w:val="fr-FR"/>
        </w:rPr>
      </w:pPr>
    </w:p>
    <w:p w14:paraId="7B8437EB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Engagements du prestataire</w:t>
      </w:r>
    </w:p>
    <w:p w14:paraId="1A622CCE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prestataire s’engage à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Respecter les besoins spécifiques de l’animal,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Garantir son bien-être et sa sécurité,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Fournir des nouvelles régulières (message, photo ou appel selon accord),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Respecter la confidentialité du domicile,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Signaler tout événement anormal ou urgence vétérinaire au client.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435DAD2F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Engagements du client</w:t>
      </w:r>
    </w:p>
    <w:p w14:paraId="7BC9AF73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Le client s’engage à :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Fournir un accès sécurisé au domicile,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Laisser à disposition tout le matériel nécessaire (croquettes, litière, laisse, médicaments…),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Signaler tout problème de santé ou comportemental connu,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Régler la prestation à la signature ou selon les conditions fixées.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035CC4A5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Responsabilités</w:t>
      </w:r>
    </w:p>
    <w:p w14:paraId="18F096C8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>- Le prestataire n’est pas responsable en cas de maladie ou décès lié à un état de santé préexistant.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En cas de fugue ou accident suite à une négligence du client (matériel défectueux, absence de clôture, etc.), sa responsabilité ne pourra être engagée.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Tout soin vétérinaire nécessaire sera effectué en accord avec le client (ou à défaut, dans l’intérêt de l’animal), aux frais du client.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60D529E8" w14:textId="77777777" w:rsidR="00EE7CE1" w:rsidRPr="009A1853" w:rsidRDefault="00493F5E" w:rsidP="009A1853">
      <w:pPr>
        <w:pStyle w:val="Titre2"/>
        <w:numPr>
          <w:ilvl w:val="0"/>
          <w:numId w:val="10"/>
        </w:numPr>
        <w:spacing w:after="120"/>
        <w:ind w:left="714" w:hanging="357"/>
        <w:rPr>
          <w:rFonts w:cstheme="majorHAnsi"/>
          <w:color w:val="BABBBC"/>
          <w:sz w:val="22"/>
          <w:szCs w:val="22"/>
          <w:lang w:val="fr-FR"/>
        </w:rPr>
      </w:pPr>
      <w:r w:rsidRPr="009A1853">
        <w:rPr>
          <w:rFonts w:cstheme="majorHAnsi"/>
          <w:color w:val="BABBBC"/>
          <w:sz w:val="22"/>
          <w:szCs w:val="22"/>
          <w:lang w:val="fr-FR"/>
        </w:rPr>
        <w:t>Conditions d’annulation</w:t>
      </w:r>
    </w:p>
    <w:p w14:paraId="6CB58C69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t xml:space="preserve">- Annulation gratuite jusqu’à </w:t>
      </w:r>
      <w:r w:rsidR="000774F5" w:rsidRPr="00DC79D5">
        <w:rPr>
          <w:rFonts w:asciiTheme="majorHAnsi" w:hAnsiTheme="majorHAnsi" w:cstheme="majorHAnsi"/>
          <w:color w:val="66605A"/>
          <w:lang w:val="fr-FR"/>
        </w:rPr>
        <w:t>24</w:t>
      </w:r>
      <w:r w:rsidRPr="00DC79D5">
        <w:rPr>
          <w:rFonts w:asciiTheme="majorHAnsi" w:hAnsiTheme="majorHAnsi" w:cstheme="majorHAnsi"/>
          <w:color w:val="66605A"/>
          <w:lang w:val="fr-FR"/>
        </w:rPr>
        <w:t>h avant le début de la prestation.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- Moins de 24h ou absence non signalée : 100 % facturée.</w:t>
      </w:r>
    </w:p>
    <w:p w14:paraId="0BD87DE7" w14:textId="5496D496" w:rsidR="000774F5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  <w:t xml:space="preserve">Fait en deux exemplaires, à </w:t>
      </w:r>
      <w:r w:rsidR="008245E9">
        <w:rPr>
          <w:rFonts w:asciiTheme="majorHAnsi" w:hAnsiTheme="majorHAnsi" w:cstheme="majorHAnsi"/>
          <w:color w:val="66605A"/>
          <w:lang w:val="fr-FR"/>
        </w:rPr>
        <w:t>Montreuil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, le  </w:t>
      </w:r>
      <w:r w:rsidR="000D3D12">
        <w:rPr>
          <w:rFonts w:asciiTheme="majorHAnsi" w:hAnsiTheme="majorHAnsi" w:cstheme="majorHAnsi"/>
          <w:color w:val="66605A"/>
          <w:lang w:val="fr-FR"/>
        </w:rPr>
        <w:t xml:space="preserve">  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/ </w:t>
      </w:r>
      <w:r w:rsidR="000D3D12">
        <w:rPr>
          <w:rFonts w:asciiTheme="majorHAnsi" w:hAnsiTheme="majorHAnsi" w:cstheme="majorHAnsi"/>
          <w:color w:val="66605A"/>
          <w:lang w:val="fr-FR"/>
        </w:rPr>
        <w:t>10</w:t>
      </w:r>
      <w:r w:rsidRPr="00DC79D5">
        <w:rPr>
          <w:rFonts w:asciiTheme="majorHAnsi" w:hAnsiTheme="majorHAnsi" w:cstheme="majorHAnsi"/>
          <w:color w:val="66605A"/>
          <w:lang w:val="fr-FR"/>
        </w:rPr>
        <w:t xml:space="preserve"> / 20</w:t>
      </w:r>
      <w:r w:rsidR="008245E9">
        <w:rPr>
          <w:rFonts w:asciiTheme="majorHAnsi" w:hAnsiTheme="majorHAnsi" w:cstheme="majorHAnsi"/>
          <w:color w:val="66605A"/>
          <w:lang w:val="fr-FR"/>
        </w:rPr>
        <w:t>25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p w14:paraId="0B62ADCF" w14:textId="77777777" w:rsidR="000774F5" w:rsidRPr="00DC79D5" w:rsidRDefault="000774F5">
      <w:pPr>
        <w:rPr>
          <w:rFonts w:asciiTheme="majorHAnsi" w:hAnsiTheme="majorHAnsi" w:cstheme="majorHAnsi"/>
          <w:color w:val="66605A"/>
          <w:lang w:val="fr-FR"/>
        </w:rPr>
      </w:pPr>
    </w:p>
    <w:p w14:paraId="63B29C17" w14:textId="77777777" w:rsidR="000774F5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  <w:t>Signature du client : 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(Précédée de la mention manuscrite « Lu et approuvé »)</w:t>
      </w:r>
    </w:p>
    <w:p w14:paraId="561AF98B" w14:textId="77777777" w:rsidR="000774F5" w:rsidRPr="00DC79D5" w:rsidRDefault="000774F5">
      <w:pPr>
        <w:rPr>
          <w:rFonts w:asciiTheme="majorHAnsi" w:hAnsiTheme="majorHAnsi" w:cstheme="majorHAnsi"/>
          <w:color w:val="66605A"/>
          <w:lang w:val="fr-FR"/>
        </w:rPr>
      </w:pPr>
    </w:p>
    <w:p w14:paraId="63E42582" w14:textId="77777777" w:rsidR="00EE7CE1" w:rsidRPr="00DC79D5" w:rsidRDefault="00493F5E">
      <w:pPr>
        <w:rPr>
          <w:rFonts w:asciiTheme="majorHAnsi" w:hAnsiTheme="majorHAnsi" w:cstheme="majorHAnsi"/>
          <w:color w:val="66605A"/>
          <w:lang w:val="fr-FR"/>
        </w:rPr>
      </w:pPr>
      <w:r w:rsidRPr="00DC79D5">
        <w:rPr>
          <w:rFonts w:asciiTheme="majorHAnsi" w:hAnsiTheme="majorHAnsi" w:cstheme="majorHAnsi"/>
          <w:color w:val="66605A"/>
          <w:lang w:val="fr-FR"/>
        </w:rPr>
        <w:br/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  <w:r w:rsidRPr="00DC79D5">
        <w:rPr>
          <w:rFonts w:asciiTheme="majorHAnsi" w:hAnsiTheme="majorHAnsi" w:cstheme="majorHAnsi"/>
          <w:color w:val="66605A"/>
          <w:lang w:val="fr-FR"/>
        </w:rPr>
        <w:lastRenderedPageBreak/>
        <w:t>Signature du prestataire : .....................................................</w:t>
      </w:r>
      <w:r w:rsidRPr="00DC79D5">
        <w:rPr>
          <w:rFonts w:asciiTheme="majorHAnsi" w:hAnsiTheme="majorHAnsi" w:cstheme="majorHAnsi"/>
          <w:color w:val="66605A"/>
          <w:lang w:val="fr-FR"/>
        </w:rPr>
        <w:br/>
        <w:t>(Précédée de la mention manuscrite « Lu et approuvé »)</w:t>
      </w:r>
      <w:r w:rsidRPr="00DC79D5">
        <w:rPr>
          <w:rFonts w:asciiTheme="majorHAnsi" w:hAnsiTheme="majorHAnsi" w:cstheme="majorHAnsi"/>
          <w:color w:val="66605A"/>
          <w:lang w:val="fr-FR"/>
        </w:rPr>
        <w:br/>
      </w:r>
    </w:p>
    <w:sectPr w:rsidR="00EE7CE1" w:rsidRPr="00DC79D5" w:rsidSect="00D20F85">
      <w:pgSz w:w="12240" w:h="15840"/>
      <w:pgMar w:top="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5E077" w14:textId="77777777" w:rsidR="000173F8" w:rsidRDefault="000173F8" w:rsidP="009A1853">
      <w:pPr>
        <w:spacing w:after="0" w:line="240" w:lineRule="auto"/>
      </w:pPr>
      <w:r>
        <w:separator/>
      </w:r>
    </w:p>
  </w:endnote>
  <w:endnote w:type="continuationSeparator" w:id="0">
    <w:p w14:paraId="0167CDB8" w14:textId="77777777" w:rsidR="000173F8" w:rsidRDefault="000173F8" w:rsidP="009A1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(Titres)"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D7CC3" w14:textId="77777777" w:rsidR="000173F8" w:rsidRDefault="000173F8" w:rsidP="009A1853">
      <w:pPr>
        <w:spacing w:after="0" w:line="240" w:lineRule="auto"/>
      </w:pPr>
      <w:r>
        <w:separator/>
      </w:r>
    </w:p>
  </w:footnote>
  <w:footnote w:type="continuationSeparator" w:id="0">
    <w:p w14:paraId="27823699" w14:textId="77777777" w:rsidR="000173F8" w:rsidRDefault="000173F8" w:rsidP="009A1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6244378"/>
    <w:multiLevelType w:val="hybridMultilevel"/>
    <w:tmpl w:val="0622A3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10836">
    <w:abstractNumId w:val="8"/>
  </w:num>
  <w:num w:numId="2" w16cid:durableId="142354215">
    <w:abstractNumId w:val="6"/>
  </w:num>
  <w:num w:numId="3" w16cid:durableId="71707553">
    <w:abstractNumId w:val="5"/>
  </w:num>
  <w:num w:numId="4" w16cid:durableId="923610568">
    <w:abstractNumId w:val="4"/>
  </w:num>
  <w:num w:numId="5" w16cid:durableId="556824415">
    <w:abstractNumId w:val="7"/>
  </w:num>
  <w:num w:numId="6" w16cid:durableId="1683780890">
    <w:abstractNumId w:val="3"/>
  </w:num>
  <w:num w:numId="7" w16cid:durableId="1019967090">
    <w:abstractNumId w:val="2"/>
  </w:num>
  <w:num w:numId="8" w16cid:durableId="799953282">
    <w:abstractNumId w:val="1"/>
  </w:num>
  <w:num w:numId="9" w16cid:durableId="1847095011">
    <w:abstractNumId w:val="0"/>
  </w:num>
  <w:num w:numId="10" w16cid:durableId="5024802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173F8"/>
    <w:rsid w:val="00034616"/>
    <w:rsid w:val="0006063C"/>
    <w:rsid w:val="000774F5"/>
    <w:rsid w:val="000D3D12"/>
    <w:rsid w:val="00117BE0"/>
    <w:rsid w:val="00142C2A"/>
    <w:rsid w:val="0015074B"/>
    <w:rsid w:val="0029639D"/>
    <w:rsid w:val="00326F90"/>
    <w:rsid w:val="003713D9"/>
    <w:rsid w:val="00493F5E"/>
    <w:rsid w:val="005B43F0"/>
    <w:rsid w:val="005C5592"/>
    <w:rsid w:val="008245E9"/>
    <w:rsid w:val="009A1853"/>
    <w:rsid w:val="00AA1D8D"/>
    <w:rsid w:val="00AB473B"/>
    <w:rsid w:val="00B47730"/>
    <w:rsid w:val="00B94AAC"/>
    <w:rsid w:val="00C7518B"/>
    <w:rsid w:val="00CB0664"/>
    <w:rsid w:val="00D20F85"/>
    <w:rsid w:val="00DC79D5"/>
    <w:rsid w:val="00DF609D"/>
    <w:rsid w:val="00EE7CE1"/>
    <w:rsid w:val="00F4367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27EDCB"/>
  <w14:defaultImageDpi w14:val="300"/>
  <w15:docId w15:val="{2701555D-C50D-BF48-A7AF-A6F0628A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Normal1">
    <w:name w:val="Normal1"/>
    <w:rsid w:val="009A1853"/>
    <w:pPr>
      <w:spacing w:after="0"/>
    </w:pPr>
    <w:rPr>
      <w:rFonts w:ascii="Arial" w:eastAsia="Arial" w:hAnsi="Arial" w:cs="Arial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B43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43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43F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43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43F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3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3F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245E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4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860189-7B82-479F-B4A9-359965975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752</Words>
  <Characters>4141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contact@doggykat.fr</cp:lastModifiedBy>
  <cp:revision>3</cp:revision>
  <dcterms:created xsi:type="dcterms:W3CDTF">2025-10-21T16:42:00Z</dcterms:created>
  <dcterms:modified xsi:type="dcterms:W3CDTF">2025-10-21T16:51:00Z</dcterms:modified>
  <cp:category/>
</cp:coreProperties>
</file>